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3119"/>
        <w:gridCol w:w="6520"/>
      </w:tblGrid>
      <w:tr w:rsidR="0096630F" w:rsidRPr="00836B78" w14:paraId="51281119" w14:textId="77777777" w:rsidTr="00EC40E9">
        <w:trPr>
          <w:jc w:val="center"/>
        </w:trPr>
        <w:tc>
          <w:tcPr>
            <w:tcW w:w="3119" w:type="dxa"/>
          </w:tcPr>
          <w:p w14:paraId="5A389026" w14:textId="7A353A51" w:rsidR="0096630F" w:rsidRPr="00836B78" w:rsidRDefault="00EC40E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UBND XÃ ĐẮK WIL</w:t>
            </w:r>
            <w:r w:rsidRPr="00836B78">
              <w:rPr>
                <w:sz w:val="28"/>
                <w:szCs w:val="28"/>
              </w:rPr>
              <w:br/>
            </w:r>
            <w:r w:rsidRPr="00836B78">
              <w:rPr>
                <w:b/>
                <w:sz w:val="28"/>
                <w:szCs w:val="28"/>
                <w:u w:val="single"/>
              </w:rPr>
              <w:t>TRƯỜNG MN ĐẮK WIL</w:t>
            </w:r>
          </w:p>
          <w:p w14:paraId="46FEF86B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S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:       /KH-MNĐW</w:t>
            </w:r>
          </w:p>
        </w:tc>
        <w:tc>
          <w:tcPr>
            <w:tcW w:w="6520" w:type="dxa"/>
          </w:tcPr>
          <w:p w14:paraId="3E8CE8F4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C</w:t>
            </w:r>
            <w:r w:rsidRPr="00836B78">
              <w:rPr>
                <w:b/>
                <w:sz w:val="28"/>
                <w:szCs w:val="28"/>
              </w:rPr>
              <w:t>Ộ</w:t>
            </w:r>
            <w:r w:rsidRPr="00836B78">
              <w:rPr>
                <w:b/>
                <w:sz w:val="28"/>
                <w:szCs w:val="28"/>
              </w:rPr>
              <w:t>NG HÒA XÃ H</w:t>
            </w:r>
            <w:r w:rsidRPr="00836B78">
              <w:rPr>
                <w:b/>
                <w:sz w:val="28"/>
                <w:szCs w:val="28"/>
              </w:rPr>
              <w:t>Ộ</w:t>
            </w:r>
            <w:r w:rsidRPr="00836B78">
              <w:rPr>
                <w:b/>
                <w:sz w:val="28"/>
                <w:szCs w:val="28"/>
              </w:rPr>
              <w:t>I CH</w:t>
            </w:r>
            <w:r w:rsidRPr="00836B78">
              <w:rPr>
                <w:b/>
                <w:sz w:val="28"/>
                <w:szCs w:val="28"/>
              </w:rPr>
              <w:t>Ủ</w:t>
            </w:r>
            <w:r w:rsidRPr="00836B78">
              <w:rPr>
                <w:b/>
                <w:sz w:val="28"/>
                <w:szCs w:val="28"/>
              </w:rPr>
              <w:t xml:space="preserve"> NGHĨA VI</w:t>
            </w:r>
            <w:r w:rsidRPr="00836B78">
              <w:rPr>
                <w:b/>
                <w:sz w:val="28"/>
                <w:szCs w:val="28"/>
              </w:rPr>
              <w:t>Ệ</w:t>
            </w:r>
            <w:r w:rsidRPr="00836B78">
              <w:rPr>
                <w:b/>
                <w:sz w:val="28"/>
                <w:szCs w:val="28"/>
              </w:rPr>
              <w:t>T NAM</w:t>
            </w:r>
            <w:r w:rsidRPr="00836B78">
              <w:rPr>
                <w:b/>
                <w:sz w:val="28"/>
                <w:szCs w:val="28"/>
              </w:rPr>
              <w:br/>
            </w:r>
            <w:r w:rsidRPr="00836B78">
              <w:rPr>
                <w:b/>
                <w:sz w:val="28"/>
                <w:szCs w:val="28"/>
                <w:u w:val="single"/>
              </w:rPr>
              <w:t>Đ</w:t>
            </w:r>
            <w:r w:rsidRPr="00836B78">
              <w:rPr>
                <w:b/>
                <w:sz w:val="28"/>
                <w:szCs w:val="28"/>
                <w:u w:val="single"/>
              </w:rPr>
              <w:t>ộ</w:t>
            </w:r>
            <w:r w:rsidRPr="00836B78">
              <w:rPr>
                <w:b/>
                <w:sz w:val="28"/>
                <w:szCs w:val="28"/>
                <w:u w:val="single"/>
              </w:rPr>
              <w:t>c l</w:t>
            </w:r>
            <w:r w:rsidRPr="00836B78">
              <w:rPr>
                <w:b/>
                <w:sz w:val="28"/>
                <w:szCs w:val="28"/>
                <w:u w:val="single"/>
              </w:rPr>
              <w:t>ậ</w:t>
            </w:r>
            <w:r w:rsidRPr="00836B78">
              <w:rPr>
                <w:b/>
                <w:sz w:val="28"/>
                <w:szCs w:val="28"/>
                <w:u w:val="single"/>
              </w:rPr>
              <w:t>p - T</w:t>
            </w:r>
            <w:r w:rsidRPr="00836B78">
              <w:rPr>
                <w:b/>
                <w:sz w:val="28"/>
                <w:szCs w:val="28"/>
                <w:u w:val="single"/>
              </w:rPr>
              <w:t>ự</w:t>
            </w:r>
            <w:r w:rsidRPr="00836B78">
              <w:rPr>
                <w:b/>
                <w:sz w:val="28"/>
                <w:szCs w:val="28"/>
                <w:u w:val="single"/>
              </w:rPr>
              <w:t xml:space="preserve"> do - H</w:t>
            </w:r>
            <w:r w:rsidRPr="00836B78">
              <w:rPr>
                <w:b/>
                <w:sz w:val="28"/>
                <w:szCs w:val="28"/>
                <w:u w:val="single"/>
              </w:rPr>
              <w:t>ạ</w:t>
            </w:r>
            <w:r w:rsidRPr="00836B78">
              <w:rPr>
                <w:b/>
                <w:sz w:val="28"/>
                <w:szCs w:val="28"/>
                <w:u w:val="single"/>
              </w:rPr>
              <w:t>nh phúc</w:t>
            </w:r>
          </w:p>
          <w:p w14:paraId="0C37BBB0" w14:textId="5C0DD508" w:rsidR="0096630F" w:rsidRPr="00836B78" w:rsidRDefault="00243A9B" w:rsidP="00836B78">
            <w:pPr>
              <w:spacing w:after="0" w:line="276" w:lineRule="auto"/>
              <w:rPr>
                <w:i/>
                <w:sz w:val="28"/>
                <w:szCs w:val="28"/>
              </w:rPr>
            </w:pPr>
            <w:r w:rsidRPr="00836B78">
              <w:rPr>
                <w:i/>
                <w:sz w:val="28"/>
                <w:szCs w:val="28"/>
              </w:rPr>
              <w:t xml:space="preserve">                    </w:t>
            </w:r>
            <w:r w:rsidR="00F02759" w:rsidRPr="00836B78">
              <w:rPr>
                <w:i/>
                <w:sz w:val="28"/>
                <w:szCs w:val="28"/>
              </w:rPr>
              <w:t>Đ</w:t>
            </w:r>
            <w:r w:rsidR="00F02759" w:rsidRPr="00836B78">
              <w:rPr>
                <w:i/>
                <w:sz w:val="28"/>
                <w:szCs w:val="28"/>
              </w:rPr>
              <w:t>ắ</w:t>
            </w:r>
            <w:r w:rsidR="00F02759" w:rsidRPr="00836B78">
              <w:rPr>
                <w:i/>
                <w:sz w:val="28"/>
                <w:szCs w:val="28"/>
              </w:rPr>
              <w:t>k Wil, ngày 10 tháng 9 năm 2026</w:t>
            </w:r>
          </w:p>
        </w:tc>
      </w:tr>
    </w:tbl>
    <w:p w14:paraId="707BE3C7" w14:textId="77777777" w:rsidR="00243A9B" w:rsidRPr="00836B78" w:rsidRDefault="00243A9B" w:rsidP="00836B78">
      <w:pPr>
        <w:spacing w:after="0" w:line="276" w:lineRule="auto"/>
        <w:jc w:val="center"/>
        <w:rPr>
          <w:b/>
          <w:sz w:val="28"/>
          <w:szCs w:val="28"/>
        </w:rPr>
      </w:pPr>
    </w:p>
    <w:p w14:paraId="6505C6AB" w14:textId="19B283ED" w:rsidR="0096630F" w:rsidRPr="00836B78" w:rsidRDefault="00F02759" w:rsidP="00836B78">
      <w:pPr>
        <w:spacing w:after="0" w:line="276" w:lineRule="auto"/>
        <w:jc w:val="center"/>
        <w:rPr>
          <w:sz w:val="28"/>
          <w:szCs w:val="28"/>
        </w:rPr>
      </w:pPr>
      <w:r w:rsidRPr="00836B78">
        <w:rPr>
          <w:b/>
          <w:sz w:val="28"/>
          <w:szCs w:val="28"/>
        </w:rPr>
        <w:t>K</w:t>
      </w:r>
      <w:r w:rsidRPr="00836B78">
        <w:rPr>
          <w:b/>
          <w:sz w:val="28"/>
          <w:szCs w:val="28"/>
        </w:rPr>
        <w:t>Ế</w:t>
      </w:r>
      <w:r w:rsidRPr="00836B78">
        <w:rPr>
          <w:b/>
          <w:sz w:val="28"/>
          <w:szCs w:val="28"/>
        </w:rPr>
        <w:t xml:space="preserve"> HO</w:t>
      </w:r>
      <w:r w:rsidRPr="00836B78">
        <w:rPr>
          <w:b/>
          <w:sz w:val="28"/>
          <w:szCs w:val="28"/>
        </w:rPr>
        <w:t>Ạ</w:t>
      </w:r>
      <w:r w:rsidRPr="00836B78">
        <w:rPr>
          <w:b/>
          <w:sz w:val="28"/>
          <w:szCs w:val="28"/>
        </w:rPr>
        <w:t>CH</w:t>
      </w:r>
    </w:p>
    <w:p w14:paraId="29A37F6A" w14:textId="77777777" w:rsidR="0096630F" w:rsidRPr="00836B78" w:rsidRDefault="00F02759" w:rsidP="00836B78">
      <w:pPr>
        <w:spacing w:after="0" w:line="276" w:lineRule="auto"/>
        <w:jc w:val="center"/>
        <w:rPr>
          <w:sz w:val="28"/>
          <w:szCs w:val="28"/>
        </w:rPr>
      </w:pPr>
      <w:r w:rsidRPr="00836B78">
        <w:rPr>
          <w:b/>
          <w:sz w:val="28"/>
          <w:szCs w:val="28"/>
        </w:rPr>
        <w:t>V</w:t>
      </w:r>
      <w:r w:rsidRPr="00836B78">
        <w:rPr>
          <w:b/>
          <w:sz w:val="28"/>
          <w:szCs w:val="28"/>
        </w:rPr>
        <w:t>ề</w:t>
      </w:r>
      <w:r w:rsidRPr="00836B78">
        <w:rPr>
          <w:b/>
          <w:sz w:val="28"/>
          <w:szCs w:val="28"/>
        </w:rPr>
        <w:t xml:space="preserve"> công tác chăm sóc, nuôi dư</w:t>
      </w:r>
      <w:r w:rsidRPr="00836B78">
        <w:rPr>
          <w:b/>
          <w:sz w:val="28"/>
          <w:szCs w:val="28"/>
        </w:rPr>
        <w:t>ỡ</w:t>
      </w:r>
      <w:r w:rsidRPr="00836B78">
        <w:rPr>
          <w:b/>
          <w:sz w:val="28"/>
          <w:szCs w:val="28"/>
        </w:rPr>
        <w:t>ng và t</w:t>
      </w:r>
      <w:r w:rsidRPr="00836B78">
        <w:rPr>
          <w:b/>
          <w:sz w:val="28"/>
          <w:szCs w:val="28"/>
        </w:rPr>
        <w:t>ổ</w:t>
      </w:r>
      <w:r w:rsidRPr="00836B78">
        <w:rPr>
          <w:b/>
          <w:sz w:val="28"/>
          <w:szCs w:val="28"/>
        </w:rPr>
        <w:t xml:space="preserve"> ch</w:t>
      </w:r>
      <w:r w:rsidRPr="00836B78">
        <w:rPr>
          <w:b/>
          <w:sz w:val="28"/>
          <w:szCs w:val="28"/>
        </w:rPr>
        <w:t>ứ</w:t>
      </w:r>
      <w:r w:rsidRPr="00836B78">
        <w:rPr>
          <w:b/>
          <w:sz w:val="28"/>
          <w:szCs w:val="28"/>
        </w:rPr>
        <w:t>c bán trú</w:t>
      </w:r>
      <w:r w:rsidRPr="00836B78">
        <w:rPr>
          <w:b/>
          <w:sz w:val="28"/>
          <w:szCs w:val="28"/>
        </w:rPr>
        <w:br/>
        <w:t>Năm h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c 2026 - 2027</w:t>
      </w:r>
    </w:p>
    <w:p w14:paraId="005BD19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Căn c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 xml:space="preserve"> các văn b</w:t>
      </w:r>
      <w:r w:rsidRPr="00836B78">
        <w:rPr>
          <w:i/>
          <w:iCs/>
          <w:sz w:val="28"/>
          <w:szCs w:val="28"/>
        </w:rPr>
        <w:t>ả</w:t>
      </w:r>
      <w:r w:rsidRPr="00836B78">
        <w:rPr>
          <w:i/>
          <w:iCs/>
          <w:sz w:val="28"/>
          <w:szCs w:val="28"/>
        </w:rPr>
        <w:t>n ch</w:t>
      </w:r>
      <w:r w:rsidRPr="00836B78">
        <w:rPr>
          <w:i/>
          <w:iCs/>
          <w:sz w:val="28"/>
          <w:szCs w:val="28"/>
        </w:rPr>
        <w:t>ỉ</w:t>
      </w:r>
      <w:r w:rsidRPr="00836B78">
        <w:rPr>
          <w:i/>
          <w:iCs/>
          <w:sz w:val="28"/>
          <w:szCs w:val="28"/>
        </w:rPr>
        <w:t xml:space="preserve"> đ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o và quy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chuyên môn hi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>n hành:</w:t>
      </w:r>
    </w:p>
    <w:p w14:paraId="5D8342CC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Lu</w:t>
      </w:r>
      <w:r w:rsidRPr="00836B78">
        <w:rPr>
          <w:i/>
          <w:iCs/>
          <w:sz w:val="28"/>
          <w:szCs w:val="28"/>
        </w:rPr>
        <w:t>ậ</w:t>
      </w:r>
      <w:r w:rsidRPr="00836B78">
        <w:rPr>
          <w:i/>
          <w:iCs/>
          <w:sz w:val="28"/>
          <w:szCs w:val="28"/>
        </w:rPr>
        <w:t>t An toàn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ph</w:t>
      </w:r>
      <w:r w:rsidRPr="00836B78">
        <w:rPr>
          <w:i/>
          <w:iCs/>
          <w:sz w:val="28"/>
          <w:szCs w:val="28"/>
        </w:rPr>
        <w:t>ẩ</w:t>
      </w:r>
      <w:r w:rsidRPr="00836B78">
        <w:rPr>
          <w:i/>
          <w:iCs/>
          <w:sz w:val="28"/>
          <w:szCs w:val="28"/>
        </w:rPr>
        <w:t>m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55/2010/QH12 ngày 17/6/2010;</w:t>
      </w:r>
    </w:p>
    <w:p w14:paraId="0FA682E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Ngh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 xml:space="preserve">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15/2018/NĐ-CP ngày 02/02/2018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Chính ph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 xml:space="preserve"> quy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chi ti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thi hành m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t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đi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>u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Lu</w:t>
      </w:r>
      <w:r w:rsidRPr="00836B78">
        <w:rPr>
          <w:i/>
          <w:iCs/>
          <w:sz w:val="28"/>
          <w:szCs w:val="28"/>
        </w:rPr>
        <w:t>ậ</w:t>
      </w:r>
      <w:r w:rsidRPr="00836B78">
        <w:rPr>
          <w:i/>
          <w:iCs/>
          <w:sz w:val="28"/>
          <w:szCs w:val="28"/>
        </w:rPr>
        <w:t>t An toàn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ph</w:t>
      </w:r>
      <w:r w:rsidRPr="00836B78">
        <w:rPr>
          <w:i/>
          <w:iCs/>
          <w:sz w:val="28"/>
          <w:szCs w:val="28"/>
        </w:rPr>
        <w:t>ẩ</w:t>
      </w:r>
      <w:r w:rsidRPr="00836B78">
        <w:rPr>
          <w:i/>
          <w:iCs/>
          <w:sz w:val="28"/>
          <w:szCs w:val="28"/>
        </w:rPr>
        <w:t>m;</w:t>
      </w:r>
    </w:p>
    <w:p w14:paraId="01F7896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Ngh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 xml:space="preserve">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</w:t>
      </w:r>
      <w:r w:rsidRPr="00836B78">
        <w:rPr>
          <w:i/>
          <w:iCs/>
          <w:sz w:val="28"/>
          <w:szCs w:val="28"/>
        </w:rPr>
        <w:t xml:space="preserve">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155/2018/NĐ-CP ngày 12/11/2018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Chính ph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 xml:space="preserve"> s</w:t>
      </w:r>
      <w:r w:rsidRPr="00836B78">
        <w:rPr>
          <w:i/>
          <w:iCs/>
          <w:sz w:val="28"/>
          <w:szCs w:val="28"/>
        </w:rPr>
        <w:t>ử</w:t>
      </w:r>
      <w:r w:rsidRPr="00836B78">
        <w:rPr>
          <w:i/>
          <w:iCs/>
          <w:sz w:val="28"/>
          <w:szCs w:val="28"/>
        </w:rPr>
        <w:t>a đ</w:t>
      </w:r>
      <w:r w:rsidRPr="00836B78">
        <w:rPr>
          <w:i/>
          <w:iCs/>
          <w:sz w:val="28"/>
          <w:szCs w:val="28"/>
        </w:rPr>
        <w:t>ổ</w:t>
      </w:r>
      <w:r w:rsidRPr="00836B78">
        <w:rPr>
          <w:i/>
          <w:iCs/>
          <w:sz w:val="28"/>
          <w:szCs w:val="28"/>
        </w:rPr>
        <w:t>i, b</w:t>
      </w:r>
      <w:r w:rsidRPr="00836B78">
        <w:rPr>
          <w:i/>
          <w:iCs/>
          <w:sz w:val="28"/>
          <w:szCs w:val="28"/>
        </w:rPr>
        <w:t>ổ</w:t>
      </w:r>
      <w:r w:rsidRPr="00836B78">
        <w:rPr>
          <w:i/>
          <w:iCs/>
          <w:sz w:val="28"/>
          <w:szCs w:val="28"/>
        </w:rPr>
        <w:t xml:space="preserve"> sung m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t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quy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liên quan đ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n đi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>u ki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>n đ</w:t>
      </w:r>
      <w:r w:rsidRPr="00836B78">
        <w:rPr>
          <w:i/>
          <w:iCs/>
          <w:sz w:val="28"/>
          <w:szCs w:val="28"/>
        </w:rPr>
        <w:t>ầ</w:t>
      </w:r>
      <w:r w:rsidRPr="00836B78">
        <w:rPr>
          <w:i/>
          <w:iCs/>
          <w:sz w:val="28"/>
          <w:szCs w:val="28"/>
        </w:rPr>
        <w:t>u tư kinh doanh thu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c ph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m vi qu</w:t>
      </w:r>
      <w:r w:rsidRPr="00836B78">
        <w:rPr>
          <w:i/>
          <w:iCs/>
          <w:sz w:val="28"/>
          <w:szCs w:val="28"/>
        </w:rPr>
        <w:t>ả</w:t>
      </w:r>
      <w:r w:rsidRPr="00836B78">
        <w:rPr>
          <w:i/>
          <w:iCs/>
          <w:sz w:val="28"/>
          <w:szCs w:val="28"/>
        </w:rPr>
        <w:t>n lý nhà nư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c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;</w:t>
      </w:r>
    </w:p>
    <w:p w14:paraId="105F90A3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Thông tư liên t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ch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08/2008/TTLT-BYT-BGDĐT ngày 08/7/2008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và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GDĐT hư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ng d</w:t>
      </w:r>
      <w:r w:rsidRPr="00836B78">
        <w:rPr>
          <w:i/>
          <w:iCs/>
          <w:sz w:val="28"/>
          <w:szCs w:val="28"/>
        </w:rPr>
        <w:t>ẫ</w:t>
      </w:r>
      <w:r w:rsidRPr="00836B78">
        <w:rPr>
          <w:i/>
          <w:iCs/>
          <w:sz w:val="28"/>
          <w:szCs w:val="28"/>
        </w:rPr>
        <w:t>n công tác b</w:t>
      </w:r>
      <w:r w:rsidRPr="00836B78">
        <w:rPr>
          <w:i/>
          <w:iCs/>
          <w:sz w:val="28"/>
          <w:szCs w:val="28"/>
        </w:rPr>
        <w:t>ả</w:t>
      </w:r>
      <w:r w:rsidRPr="00836B78">
        <w:rPr>
          <w:i/>
          <w:iCs/>
          <w:sz w:val="28"/>
          <w:szCs w:val="28"/>
        </w:rPr>
        <w:t>o đ</w:t>
      </w:r>
      <w:r w:rsidRPr="00836B78">
        <w:rPr>
          <w:i/>
          <w:iCs/>
          <w:sz w:val="28"/>
          <w:szCs w:val="28"/>
        </w:rPr>
        <w:t>ả</w:t>
      </w:r>
      <w:r w:rsidRPr="00836B78">
        <w:rPr>
          <w:i/>
          <w:iCs/>
          <w:sz w:val="28"/>
          <w:szCs w:val="28"/>
        </w:rPr>
        <w:t>m v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 xml:space="preserve"> sinh an toàn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ph</w:t>
      </w:r>
      <w:r w:rsidRPr="00836B78">
        <w:rPr>
          <w:i/>
          <w:iCs/>
          <w:sz w:val="28"/>
          <w:szCs w:val="28"/>
        </w:rPr>
        <w:t>ẩ</w:t>
      </w:r>
      <w:r w:rsidRPr="00836B78">
        <w:rPr>
          <w:i/>
          <w:iCs/>
          <w:sz w:val="28"/>
          <w:szCs w:val="28"/>
        </w:rPr>
        <w:t>m trong các cơ s</w:t>
      </w:r>
      <w:r w:rsidRPr="00836B78">
        <w:rPr>
          <w:i/>
          <w:iCs/>
          <w:sz w:val="28"/>
          <w:szCs w:val="28"/>
        </w:rPr>
        <w:t>ở</w:t>
      </w:r>
      <w:r w:rsidRPr="00836B78">
        <w:rPr>
          <w:i/>
          <w:iCs/>
          <w:sz w:val="28"/>
          <w:szCs w:val="28"/>
        </w:rPr>
        <w:t xml:space="preserve"> giáo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c;</w:t>
      </w:r>
    </w:p>
    <w:p w14:paraId="3D3C6AA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Thông tư liên t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ch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13/2016/TTLT-BYT-BGDĐT ngày 12/5/2016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liên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-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Giáo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 và Đào t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o quy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v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 xml:space="preserve"> công tác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trư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c;</w:t>
      </w:r>
    </w:p>
    <w:p w14:paraId="51D34973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Thông tư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52/2024/TT-BYT ngày 31/1</w:t>
      </w:r>
      <w:r w:rsidRPr="00836B78">
        <w:rPr>
          <w:i/>
          <w:iCs/>
          <w:sz w:val="28"/>
          <w:szCs w:val="28"/>
        </w:rPr>
        <w:t>2/2024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ban hành Quy chu</w:t>
      </w:r>
      <w:r w:rsidRPr="00836B78">
        <w:rPr>
          <w:i/>
          <w:iCs/>
          <w:sz w:val="28"/>
          <w:szCs w:val="28"/>
        </w:rPr>
        <w:t>ẩ</w:t>
      </w:r>
      <w:r w:rsidRPr="00836B78">
        <w:rPr>
          <w:i/>
          <w:iCs/>
          <w:sz w:val="28"/>
          <w:szCs w:val="28"/>
        </w:rPr>
        <w:t>n k</w:t>
      </w:r>
      <w:r w:rsidRPr="00836B78">
        <w:rPr>
          <w:i/>
          <w:iCs/>
          <w:sz w:val="28"/>
          <w:szCs w:val="28"/>
        </w:rPr>
        <w:t>ỹ</w:t>
      </w:r>
      <w:r w:rsidRPr="00836B78">
        <w:rPr>
          <w:i/>
          <w:iCs/>
          <w:sz w:val="28"/>
          <w:szCs w:val="28"/>
        </w:rPr>
        <w:t xml:space="preserve"> thu</w:t>
      </w:r>
      <w:r w:rsidRPr="00836B78">
        <w:rPr>
          <w:i/>
          <w:iCs/>
          <w:sz w:val="28"/>
          <w:szCs w:val="28"/>
        </w:rPr>
        <w:t>ậ</w:t>
      </w:r>
      <w:r w:rsidRPr="00836B78">
        <w:rPr>
          <w:i/>
          <w:iCs/>
          <w:sz w:val="28"/>
          <w:szCs w:val="28"/>
        </w:rPr>
        <w:t>t qu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>c gia và quy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ki</w:t>
      </w:r>
      <w:r w:rsidRPr="00836B78">
        <w:rPr>
          <w:i/>
          <w:iCs/>
          <w:sz w:val="28"/>
          <w:szCs w:val="28"/>
        </w:rPr>
        <w:t>ể</w:t>
      </w:r>
      <w:r w:rsidRPr="00836B78">
        <w:rPr>
          <w:i/>
          <w:iCs/>
          <w:sz w:val="28"/>
          <w:szCs w:val="28"/>
        </w:rPr>
        <w:t>m tra, giám sát ch</w:t>
      </w:r>
      <w:r w:rsidRPr="00836B78">
        <w:rPr>
          <w:i/>
          <w:iCs/>
          <w:sz w:val="28"/>
          <w:szCs w:val="28"/>
        </w:rPr>
        <w:t>ấ</w:t>
      </w:r>
      <w:r w:rsidRPr="00836B78">
        <w:rPr>
          <w:i/>
          <w:iCs/>
          <w:sz w:val="28"/>
          <w:szCs w:val="28"/>
        </w:rPr>
        <w:t>t lư</w:t>
      </w:r>
      <w:r w:rsidRPr="00836B78">
        <w:rPr>
          <w:i/>
          <w:iCs/>
          <w:sz w:val="28"/>
          <w:szCs w:val="28"/>
        </w:rPr>
        <w:t>ợ</w:t>
      </w:r>
      <w:r w:rsidRPr="00836B78">
        <w:rPr>
          <w:i/>
          <w:iCs/>
          <w:sz w:val="28"/>
          <w:szCs w:val="28"/>
        </w:rPr>
        <w:t>ng nư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c s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ch s</w:t>
      </w:r>
      <w:r w:rsidRPr="00836B78">
        <w:rPr>
          <w:i/>
          <w:iCs/>
          <w:sz w:val="28"/>
          <w:szCs w:val="28"/>
        </w:rPr>
        <w:t>ử</w:t>
      </w:r>
      <w:r w:rsidRPr="00836B78">
        <w:rPr>
          <w:i/>
          <w:iCs/>
          <w:sz w:val="28"/>
          <w:szCs w:val="28"/>
        </w:rPr>
        <w:t xml:space="preserve">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ng cho m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 đích sinh ho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t;</w:t>
      </w:r>
    </w:p>
    <w:p w14:paraId="31B5AC0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Quy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1246/QĐ-BYT ngày 31/3/2017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Y t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v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 xml:space="preserve"> hư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ng d</w:t>
      </w:r>
      <w:r w:rsidRPr="00836B78">
        <w:rPr>
          <w:i/>
          <w:iCs/>
          <w:sz w:val="28"/>
          <w:szCs w:val="28"/>
        </w:rPr>
        <w:t>ẫ</w:t>
      </w:r>
      <w:r w:rsidRPr="00836B78">
        <w:rPr>
          <w:i/>
          <w:iCs/>
          <w:sz w:val="28"/>
          <w:szCs w:val="28"/>
        </w:rPr>
        <w:t>n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hi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>n ch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đ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ki</w:t>
      </w:r>
      <w:r w:rsidRPr="00836B78">
        <w:rPr>
          <w:i/>
          <w:iCs/>
          <w:sz w:val="28"/>
          <w:szCs w:val="28"/>
        </w:rPr>
        <w:t>ể</w:t>
      </w:r>
      <w:r w:rsidRPr="00836B78">
        <w:rPr>
          <w:i/>
          <w:iCs/>
          <w:sz w:val="28"/>
          <w:szCs w:val="28"/>
        </w:rPr>
        <w:t>m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ba bư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c và lưu m</w:t>
      </w:r>
      <w:r w:rsidRPr="00836B78">
        <w:rPr>
          <w:i/>
          <w:iCs/>
          <w:sz w:val="28"/>
          <w:szCs w:val="28"/>
        </w:rPr>
        <w:t>ẫ</w:t>
      </w:r>
      <w:r w:rsidRPr="00836B78">
        <w:rPr>
          <w:i/>
          <w:iCs/>
          <w:sz w:val="28"/>
          <w:szCs w:val="28"/>
        </w:rPr>
        <w:t>u th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>c ăn;</w:t>
      </w:r>
    </w:p>
    <w:p w14:paraId="21945312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Quy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2195/QĐ-BGDĐT ngày 10/8/2022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Giáo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 và Đào t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o v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 xml:space="preserve"> hư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ng d</w:t>
      </w:r>
      <w:r w:rsidRPr="00836B78">
        <w:rPr>
          <w:i/>
          <w:iCs/>
          <w:sz w:val="28"/>
          <w:szCs w:val="28"/>
        </w:rPr>
        <w:t>ẫ</w:t>
      </w:r>
      <w:r w:rsidRPr="00836B78">
        <w:rPr>
          <w:i/>
          <w:iCs/>
          <w:sz w:val="28"/>
          <w:szCs w:val="28"/>
        </w:rPr>
        <w:t>n công tác t</w:t>
      </w:r>
      <w:r w:rsidRPr="00836B78">
        <w:rPr>
          <w:i/>
          <w:iCs/>
          <w:sz w:val="28"/>
          <w:szCs w:val="28"/>
        </w:rPr>
        <w:t>ổ</w:t>
      </w:r>
      <w:r w:rsidRPr="00836B78">
        <w:rPr>
          <w:i/>
          <w:iCs/>
          <w:sz w:val="28"/>
          <w:szCs w:val="28"/>
        </w:rPr>
        <w:t xml:space="preserve"> ch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>c b</w:t>
      </w:r>
      <w:r w:rsidRPr="00836B78">
        <w:rPr>
          <w:i/>
          <w:iCs/>
          <w:sz w:val="28"/>
          <w:szCs w:val="28"/>
        </w:rPr>
        <w:t>ữ</w:t>
      </w:r>
      <w:r w:rsidRPr="00836B78">
        <w:rPr>
          <w:i/>
          <w:iCs/>
          <w:sz w:val="28"/>
          <w:szCs w:val="28"/>
        </w:rPr>
        <w:t>a ăn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đư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k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h</w:t>
      </w:r>
      <w:r w:rsidRPr="00836B78">
        <w:rPr>
          <w:i/>
          <w:iCs/>
          <w:sz w:val="28"/>
          <w:szCs w:val="28"/>
        </w:rPr>
        <w:t>ợ</w:t>
      </w:r>
      <w:r w:rsidRPr="00836B78">
        <w:rPr>
          <w:i/>
          <w:iCs/>
          <w:sz w:val="28"/>
          <w:szCs w:val="28"/>
        </w:rPr>
        <w:t>p tăng cư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ho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t đ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ng th</w:t>
      </w:r>
      <w:r w:rsidRPr="00836B78">
        <w:rPr>
          <w:i/>
          <w:iCs/>
          <w:sz w:val="28"/>
          <w:szCs w:val="28"/>
        </w:rPr>
        <w:t>ể</w:t>
      </w:r>
      <w:r w:rsidRPr="00836B78">
        <w:rPr>
          <w:i/>
          <w:iCs/>
          <w:sz w:val="28"/>
          <w:szCs w:val="28"/>
        </w:rPr>
        <w:t xml:space="preserve"> l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cho tr</w:t>
      </w:r>
      <w:r w:rsidRPr="00836B78">
        <w:rPr>
          <w:i/>
          <w:iCs/>
          <w:sz w:val="28"/>
          <w:szCs w:val="28"/>
        </w:rPr>
        <w:t>ẻ</w:t>
      </w:r>
      <w:r w:rsidRPr="00836B78">
        <w:rPr>
          <w:i/>
          <w:iCs/>
          <w:sz w:val="28"/>
          <w:szCs w:val="28"/>
        </w:rPr>
        <w:t xml:space="preserve"> em,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sinh trong các cơ s</w:t>
      </w:r>
      <w:r w:rsidRPr="00836B78">
        <w:rPr>
          <w:i/>
          <w:iCs/>
          <w:sz w:val="28"/>
          <w:szCs w:val="28"/>
        </w:rPr>
        <w:t>ở</w:t>
      </w:r>
      <w:r w:rsidRPr="00836B78">
        <w:rPr>
          <w:i/>
          <w:iCs/>
          <w:sz w:val="28"/>
          <w:szCs w:val="28"/>
        </w:rPr>
        <w:t xml:space="preserve"> giáo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 m</w:t>
      </w:r>
      <w:r w:rsidRPr="00836B78">
        <w:rPr>
          <w:i/>
          <w:iCs/>
          <w:sz w:val="28"/>
          <w:szCs w:val="28"/>
        </w:rPr>
        <w:t>ầ</w:t>
      </w:r>
      <w:r w:rsidRPr="00836B78">
        <w:rPr>
          <w:i/>
          <w:iCs/>
          <w:sz w:val="28"/>
          <w:szCs w:val="28"/>
        </w:rPr>
        <w:t>m non và ti</w:t>
      </w:r>
      <w:r w:rsidRPr="00836B78">
        <w:rPr>
          <w:i/>
          <w:iCs/>
          <w:sz w:val="28"/>
          <w:szCs w:val="28"/>
        </w:rPr>
        <w:t>ể</w:t>
      </w:r>
      <w:r w:rsidRPr="00836B78">
        <w:rPr>
          <w:i/>
          <w:iCs/>
          <w:sz w:val="28"/>
          <w:szCs w:val="28"/>
        </w:rPr>
        <w:t>u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c; Quy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đ</w:t>
      </w:r>
      <w:r w:rsidRPr="00836B78">
        <w:rPr>
          <w:i/>
          <w:iCs/>
          <w:sz w:val="28"/>
          <w:szCs w:val="28"/>
        </w:rPr>
        <w:t>ị</w:t>
      </w:r>
      <w:r w:rsidRPr="00836B78">
        <w:rPr>
          <w:i/>
          <w:iCs/>
          <w:sz w:val="28"/>
          <w:szCs w:val="28"/>
        </w:rPr>
        <w:t>nh s</w:t>
      </w:r>
      <w:r w:rsidRPr="00836B78">
        <w:rPr>
          <w:i/>
          <w:iCs/>
          <w:sz w:val="28"/>
          <w:szCs w:val="28"/>
        </w:rPr>
        <w:t>ố</w:t>
      </w:r>
      <w:r w:rsidRPr="00836B78">
        <w:rPr>
          <w:i/>
          <w:iCs/>
          <w:sz w:val="28"/>
          <w:szCs w:val="28"/>
        </w:rPr>
        <w:t xml:space="preserve"> </w:t>
      </w:r>
      <w:r w:rsidRPr="00836B78">
        <w:rPr>
          <w:i/>
          <w:iCs/>
          <w:sz w:val="28"/>
          <w:szCs w:val="28"/>
        </w:rPr>
        <w:t>4280/QĐ-BGDĐT ngày 14/12/2022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B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 xml:space="preserve"> Giáo d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>c và Đào t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o t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o v</w:t>
      </w:r>
      <w:r w:rsidRPr="00836B78">
        <w:rPr>
          <w:i/>
          <w:iCs/>
          <w:sz w:val="28"/>
          <w:szCs w:val="28"/>
        </w:rPr>
        <w:t>ề</w:t>
      </w:r>
      <w:r w:rsidRPr="00836B78">
        <w:rPr>
          <w:i/>
          <w:iCs/>
          <w:sz w:val="28"/>
          <w:szCs w:val="28"/>
        </w:rPr>
        <w:t xml:space="preserve"> hư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ng d</w:t>
      </w:r>
      <w:r w:rsidRPr="00836B78">
        <w:rPr>
          <w:i/>
          <w:iCs/>
          <w:sz w:val="28"/>
          <w:szCs w:val="28"/>
        </w:rPr>
        <w:t>ẫ</w:t>
      </w:r>
      <w:r w:rsidRPr="00836B78">
        <w:rPr>
          <w:i/>
          <w:iCs/>
          <w:sz w:val="28"/>
          <w:szCs w:val="28"/>
        </w:rPr>
        <w:t>n công tác t</w:t>
      </w:r>
      <w:r w:rsidRPr="00836B78">
        <w:rPr>
          <w:i/>
          <w:iCs/>
          <w:sz w:val="28"/>
          <w:szCs w:val="28"/>
        </w:rPr>
        <w:t>ổ</w:t>
      </w:r>
      <w:r w:rsidRPr="00836B78">
        <w:rPr>
          <w:i/>
          <w:iCs/>
          <w:sz w:val="28"/>
          <w:szCs w:val="28"/>
        </w:rPr>
        <w:t xml:space="preserve"> ch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>c b</w:t>
      </w:r>
      <w:r w:rsidRPr="00836B78">
        <w:rPr>
          <w:i/>
          <w:iCs/>
          <w:sz w:val="28"/>
          <w:szCs w:val="28"/>
        </w:rPr>
        <w:t>ữ</w:t>
      </w:r>
      <w:r w:rsidRPr="00836B78">
        <w:rPr>
          <w:i/>
          <w:iCs/>
          <w:sz w:val="28"/>
          <w:szCs w:val="28"/>
        </w:rPr>
        <w:t>a ăn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đư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k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>t h</w:t>
      </w:r>
      <w:r w:rsidRPr="00836B78">
        <w:rPr>
          <w:i/>
          <w:iCs/>
          <w:sz w:val="28"/>
          <w:szCs w:val="28"/>
        </w:rPr>
        <w:t>ợ</w:t>
      </w:r>
      <w:r w:rsidRPr="00836B78">
        <w:rPr>
          <w:i/>
          <w:iCs/>
          <w:sz w:val="28"/>
          <w:szCs w:val="28"/>
        </w:rPr>
        <w:t>p tăng cư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ho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t đ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ng th</w:t>
      </w:r>
      <w:r w:rsidRPr="00836B78">
        <w:rPr>
          <w:i/>
          <w:iCs/>
          <w:sz w:val="28"/>
          <w:szCs w:val="28"/>
        </w:rPr>
        <w:t>ể</w:t>
      </w:r>
      <w:r w:rsidRPr="00836B78">
        <w:rPr>
          <w:i/>
          <w:iCs/>
          <w:sz w:val="28"/>
          <w:szCs w:val="28"/>
        </w:rPr>
        <w:t xml:space="preserve"> l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cho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sinh trung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cơ s</w:t>
      </w:r>
      <w:r w:rsidRPr="00836B78">
        <w:rPr>
          <w:i/>
          <w:iCs/>
          <w:sz w:val="28"/>
          <w:szCs w:val="28"/>
        </w:rPr>
        <w:t>ở</w:t>
      </w:r>
      <w:r w:rsidRPr="00836B78">
        <w:rPr>
          <w:i/>
          <w:iCs/>
          <w:sz w:val="28"/>
          <w:szCs w:val="28"/>
        </w:rPr>
        <w:t>;</w:t>
      </w:r>
    </w:p>
    <w:p w14:paraId="52438F9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- Căn c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 xml:space="preserve"> K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ho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ch th</w:t>
      </w:r>
      <w:r w:rsidRPr="00836B78">
        <w:rPr>
          <w:i/>
          <w:iCs/>
          <w:sz w:val="28"/>
          <w:szCs w:val="28"/>
        </w:rPr>
        <w:t>ự</w:t>
      </w:r>
      <w:r w:rsidRPr="00836B78">
        <w:rPr>
          <w:i/>
          <w:iCs/>
          <w:sz w:val="28"/>
          <w:szCs w:val="28"/>
        </w:rPr>
        <w:t>c hi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>n nhi</w:t>
      </w:r>
      <w:r w:rsidRPr="00836B78">
        <w:rPr>
          <w:i/>
          <w:iCs/>
          <w:sz w:val="28"/>
          <w:szCs w:val="28"/>
        </w:rPr>
        <w:t>ệ</w:t>
      </w:r>
      <w:r w:rsidRPr="00836B78">
        <w:rPr>
          <w:i/>
          <w:iCs/>
          <w:sz w:val="28"/>
          <w:szCs w:val="28"/>
        </w:rPr>
        <w:t>m v</w:t>
      </w:r>
      <w:r w:rsidRPr="00836B78">
        <w:rPr>
          <w:i/>
          <w:iCs/>
          <w:sz w:val="28"/>
          <w:szCs w:val="28"/>
        </w:rPr>
        <w:t>ụ</w:t>
      </w:r>
      <w:r w:rsidRPr="00836B78">
        <w:rPr>
          <w:i/>
          <w:iCs/>
          <w:sz w:val="28"/>
          <w:szCs w:val="28"/>
        </w:rPr>
        <w:t xml:space="preserve"> năm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2026 - 2027 c</w:t>
      </w:r>
      <w:r w:rsidRPr="00836B78">
        <w:rPr>
          <w:i/>
          <w:iCs/>
          <w:sz w:val="28"/>
          <w:szCs w:val="28"/>
        </w:rPr>
        <w:t>ủ</w:t>
      </w:r>
      <w:r w:rsidRPr="00836B78">
        <w:rPr>
          <w:i/>
          <w:iCs/>
          <w:sz w:val="28"/>
          <w:szCs w:val="28"/>
        </w:rPr>
        <w:t>a Trư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M</w:t>
      </w:r>
      <w:r w:rsidRPr="00836B78">
        <w:rPr>
          <w:i/>
          <w:iCs/>
          <w:sz w:val="28"/>
          <w:szCs w:val="28"/>
        </w:rPr>
        <w:t>ầ</w:t>
      </w:r>
      <w:r w:rsidRPr="00836B78">
        <w:rPr>
          <w:i/>
          <w:iCs/>
          <w:sz w:val="28"/>
          <w:szCs w:val="28"/>
        </w:rPr>
        <w:t>m non Đ</w:t>
      </w:r>
      <w:r w:rsidRPr="00836B78">
        <w:rPr>
          <w:i/>
          <w:iCs/>
          <w:sz w:val="28"/>
          <w:szCs w:val="28"/>
        </w:rPr>
        <w:t>ắ</w:t>
      </w:r>
      <w:r w:rsidRPr="00836B78">
        <w:rPr>
          <w:i/>
          <w:iCs/>
          <w:sz w:val="28"/>
          <w:szCs w:val="28"/>
        </w:rPr>
        <w:t>k W</w:t>
      </w:r>
      <w:r w:rsidRPr="00836B78">
        <w:rPr>
          <w:i/>
          <w:iCs/>
          <w:sz w:val="28"/>
          <w:szCs w:val="28"/>
        </w:rPr>
        <w:t>il,</w:t>
      </w:r>
    </w:p>
    <w:p w14:paraId="04E75FB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i/>
          <w:iCs/>
          <w:sz w:val="28"/>
          <w:szCs w:val="28"/>
        </w:rPr>
      </w:pPr>
      <w:r w:rsidRPr="00836B78">
        <w:rPr>
          <w:i/>
          <w:iCs/>
          <w:sz w:val="28"/>
          <w:szCs w:val="28"/>
        </w:rPr>
        <w:t>Trư</w:t>
      </w:r>
      <w:r w:rsidRPr="00836B78">
        <w:rPr>
          <w:i/>
          <w:iCs/>
          <w:sz w:val="28"/>
          <w:szCs w:val="28"/>
        </w:rPr>
        <w:t>ờ</w:t>
      </w:r>
      <w:r w:rsidRPr="00836B78">
        <w:rPr>
          <w:i/>
          <w:iCs/>
          <w:sz w:val="28"/>
          <w:szCs w:val="28"/>
        </w:rPr>
        <w:t>ng M</w:t>
      </w:r>
      <w:r w:rsidRPr="00836B78">
        <w:rPr>
          <w:i/>
          <w:iCs/>
          <w:sz w:val="28"/>
          <w:szCs w:val="28"/>
        </w:rPr>
        <w:t>ầ</w:t>
      </w:r>
      <w:r w:rsidRPr="00836B78">
        <w:rPr>
          <w:i/>
          <w:iCs/>
          <w:sz w:val="28"/>
          <w:szCs w:val="28"/>
        </w:rPr>
        <w:t>m non Đ</w:t>
      </w:r>
      <w:r w:rsidRPr="00836B78">
        <w:rPr>
          <w:i/>
          <w:iCs/>
          <w:sz w:val="28"/>
          <w:szCs w:val="28"/>
        </w:rPr>
        <w:t>ắ</w:t>
      </w:r>
      <w:r w:rsidRPr="00836B78">
        <w:rPr>
          <w:i/>
          <w:iCs/>
          <w:sz w:val="28"/>
          <w:szCs w:val="28"/>
        </w:rPr>
        <w:t>k Wil ban hành K</w:t>
      </w:r>
      <w:r w:rsidRPr="00836B78">
        <w:rPr>
          <w:i/>
          <w:iCs/>
          <w:sz w:val="28"/>
          <w:szCs w:val="28"/>
        </w:rPr>
        <w:t>ế</w:t>
      </w:r>
      <w:r w:rsidRPr="00836B78">
        <w:rPr>
          <w:i/>
          <w:iCs/>
          <w:sz w:val="28"/>
          <w:szCs w:val="28"/>
        </w:rPr>
        <w:t xml:space="preserve"> ho</w:t>
      </w:r>
      <w:r w:rsidRPr="00836B78">
        <w:rPr>
          <w:i/>
          <w:iCs/>
          <w:sz w:val="28"/>
          <w:szCs w:val="28"/>
        </w:rPr>
        <w:t>ạ</w:t>
      </w:r>
      <w:r w:rsidRPr="00836B78">
        <w:rPr>
          <w:i/>
          <w:iCs/>
          <w:sz w:val="28"/>
          <w:szCs w:val="28"/>
        </w:rPr>
        <w:t>ch công tác chăm sóc, nuôi dư</w:t>
      </w:r>
      <w:r w:rsidRPr="00836B78">
        <w:rPr>
          <w:i/>
          <w:iCs/>
          <w:sz w:val="28"/>
          <w:szCs w:val="28"/>
        </w:rPr>
        <w:t>ỡ</w:t>
      </w:r>
      <w:r w:rsidRPr="00836B78">
        <w:rPr>
          <w:i/>
          <w:iCs/>
          <w:sz w:val="28"/>
          <w:szCs w:val="28"/>
        </w:rPr>
        <w:t>ng và t</w:t>
      </w:r>
      <w:r w:rsidRPr="00836B78">
        <w:rPr>
          <w:i/>
          <w:iCs/>
          <w:sz w:val="28"/>
          <w:szCs w:val="28"/>
        </w:rPr>
        <w:t>ổ</w:t>
      </w:r>
      <w:r w:rsidRPr="00836B78">
        <w:rPr>
          <w:i/>
          <w:iCs/>
          <w:sz w:val="28"/>
          <w:szCs w:val="28"/>
        </w:rPr>
        <w:t xml:space="preserve"> ch</w:t>
      </w:r>
      <w:r w:rsidRPr="00836B78">
        <w:rPr>
          <w:i/>
          <w:iCs/>
          <w:sz w:val="28"/>
          <w:szCs w:val="28"/>
        </w:rPr>
        <w:t>ứ</w:t>
      </w:r>
      <w:r w:rsidRPr="00836B78">
        <w:rPr>
          <w:i/>
          <w:iCs/>
          <w:sz w:val="28"/>
          <w:szCs w:val="28"/>
        </w:rPr>
        <w:t>c bán trú năm h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c 2026 - 2027 v</w:t>
      </w:r>
      <w:r w:rsidRPr="00836B78">
        <w:rPr>
          <w:i/>
          <w:iCs/>
          <w:sz w:val="28"/>
          <w:szCs w:val="28"/>
        </w:rPr>
        <w:t>ớ</w:t>
      </w:r>
      <w:r w:rsidRPr="00836B78">
        <w:rPr>
          <w:i/>
          <w:iCs/>
          <w:sz w:val="28"/>
          <w:szCs w:val="28"/>
        </w:rPr>
        <w:t>i các n</w:t>
      </w:r>
      <w:r w:rsidRPr="00836B78">
        <w:rPr>
          <w:i/>
          <w:iCs/>
          <w:sz w:val="28"/>
          <w:szCs w:val="28"/>
        </w:rPr>
        <w:t>ộ</w:t>
      </w:r>
      <w:r w:rsidRPr="00836B78">
        <w:rPr>
          <w:i/>
          <w:iCs/>
          <w:sz w:val="28"/>
          <w:szCs w:val="28"/>
        </w:rPr>
        <w:t>i dung tr</w:t>
      </w:r>
      <w:r w:rsidRPr="00836B78">
        <w:rPr>
          <w:i/>
          <w:iCs/>
          <w:sz w:val="28"/>
          <w:szCs w:val="28"/>
        </w:rPr>
        <w:t>ọ</w:t>
      </w:r>
      <w:r w:rsidRPr="00836B78">
        <w:rPr>
          <w:i/>
          <w:iCs/>
          <w:sz w:val="28"/>
          <w:szCs w:val="28"/>
        </w:rPr>
        <w:t>ng tâm như sau:</w:t>
      </w:r>
    </w:p>
    <w:p w14:paraId="3B50494C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I. Đ</w:t>
      </w:r>
      <w:r w:rsidRPr="00836B78">
        <w:rPr>
          <w:b/>
          <w:sz w:val="28"/>
          <w:szCs w:val="28"/>
        </w:rPr>
        <w:t>Ặ</w:t>
      </w:r>
      <w:r w:rsidRPr="00836B78">
        <w:rPr>
          <w:b/>
          <w:sz w:val="28"/>
          <w:szCs w:val="28"/>
        </w:rPr>
        <w:t>C ĐI</w:t>
      </w:r>
      <w:r w:rsidRPr="00836B78">
        <w:rPr>
          <w:b/>
          <w:sz w:val="28"/>
          <w:szCs w:val="28"/>
        </w:rPr>
        <w:t>Ể</w:t>
      </w:r>
      <w:r w:rsidRPr="00836B78">
        <w:rPr>
          <w:b/>
          <w:sz w:val="28"/>
          <w:szCs w:val="28"/>
        </w:rPr>
        <w:t>M TÌNH HÌNH</w:t>
      </w:r>
    </w:p>
    <w:p w14:paraId="1218C393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1. Quy mô trư</w:t>
      </w:r>
      <w:r w:rsidRPr="00836B78">
        <w:rPr>
          <w:b/>
          <w:sz w:val="28"/>
          <w:szCs w:val="28"/>
        </w:rPr>
        <w:t>ờ</w:t>
      </w:r>
      <w:r w:rsidRPr="00836B78">
        <w:rPr>
          <w:b/>
          <w:sz w:val="28"/>
          <w:szCs w:val="28"/>
        </w:rPr>
        <w:t>ng l</w:t>
      </w:r>
      <w:r w:rsidRPr="00836B78">
        <w:rPr>
          <w:b/>
          <w:sz w:val="28"/>
          <w:szCs w:val="28"/>
        </w:rPr>
        <w:t>ớ</w:t>
      </w:r>
      <w:r w:rsidRPr="00836B78">
        <w:rPr>
          <w:b/>
          <w:sz w:val="28"/>
          <w:szCs w:val="28"/>
        </w:rPr>
        <w:t>p và s</w:t>
      </w:r>
      <w:r w:rsidRPr="00836B78">
        <w:rPr>
          <w:b/>
          <w:sz w:val="28"/>
          <w:szCs w:val="28"/>
        </w:rPr>
        <w:t>ố</w:t>
      </w:r>
      <w:r w:rsidRPr="00836B78">
        <w:rPr>
          <w:b/>
          <w:sz w:val="28"/>
          <w:szCs w:val="28"/>
        </w:rPr>
        <w:t xml:space="preserve"> lư</w:t>
      </w:r>
      <w:r w:rsidRPr="00836B78">
        <w:rPr>
          <w:b/>
          <w:sz w:val="28"/>
          <w:szCs w:val="28"/>
        </w:rPr>
        <w:t>ợ</w:t>
      </w:r>
      <w:r w:rsidRPr="00836B78">
        <w:rPr>
          <w:b/>
          <w:sz w:val="28"/>
          <w:szCs w:val="28"/>
        </w:rPr>
        <w:t>ng tr</w:t>
      </w:r>
      <w:r w:rsidRPr="00836B78">
        <w:rPr>
          <w:b/>
          <w:sz w:val="28"/>
          <w:szCs w:val="28"/>
        </w:rPr>
        <w:t>ẻ</w:t>
      </w:r>
      <w:r w:rsidRPr="00836B78">
        <w:rPr>
          <w:b/>
          <w:sz w:val="28"/>
          <w:szCs w:val="28"/>
        </w:rPr>
        <w:t xml:space="preserve"> bán trú năm h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c 2026 - 2027</w:t>
      </w:r>
    </w:p>
    <w:p w14:paraId="5B13A582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>Năm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2026 - 2027</w:t>
      </w:r>
      <w:r w:rsidRPr="00836B78">
        <w:rPr>
          <w:sz w:val="28"/>
          <w:szCs w:val="28"/>
        </w:rPr>
        <w:t>, toàn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bán trú cho 420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sinh, phân b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như sau:</w:t>
      </w:r>
    </w:p>
    <w:p w14:paraId="1BC15487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lastRenderedPageBreak/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chính: G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m 08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(Lá 1, Lá 2, Lá 3,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i 1,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i 2,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1,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2,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3)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>ng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250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 ăn bán trú. B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ăn trung tâm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đ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</w:t>
      </w:r>
      <w:r w:rsidRPr="00836B78">
        <w:rPr>
          <w:sz w:val="28"/>
          <w:szCs w:val="28"/>
        </w:rPr>
        <w:t xml:space="preserve"> chính,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quy trình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theo nguyên t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c m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t chi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u.</w:t>
      </w:r>
    </w:p>
    <w:p w14:paraId="62D492E3" w14:textId="7417F1F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u: G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m 05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 xml:space="preserve">p (Lá </w:t>
      </w:r>
      <w:r w:rsidR="00836B78">
        <w:rPr>
          <w:sz w:val="28"/>
          <w:szCs w:val="28"/>
        </w:rPr>
        <w:t>1</w:t>
      </w:r>
      <w:r w:rsidRPr="00836B78">
        <w:rPr>
          <w:sz w:val="28"/>
          <w:szCs w:val="28"/>
        </w:rPr>
        <w:t>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i </w:t>
      </w:r>
      <w:r w:rsidR="00836B78">
        <w:rPr>
          <w:sz w:val="28"/>
          <w:szCs w:val="28"/>
        </w:rPr>
        <w:t>1</w:t>
      </w:r>
      <w:r w:rsidRPr="00836B78">
        <w:rPr>
          <w:sz w:val="28"/>
          <w:szCs w:val="28"/>
        </w:rPr>
        <w:t>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i </w:t>
      </w:r>
      <w:r w:rsidR="00836B78">
        <w:rPr>
          <w:sz w:val="28"/>
          <w:szCs w:val="28"/>
        </w:rPr>
        <w:t>2</w:t>
      </w:r>
      <w:r w:rsidRPr="00836B78">
        <w:rPr>
          <w:sz w:val="28"/>
          <w:szCs w:val="28"/>
        </w:rPr>
        <w:t>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 xml:space="preserve">m </w:t>
      </w:r>
      <w:r w:rsidR="00836B78">
        <w:rPr>
          <w:sz w:val="28"/>
          <w:szCs w:val="28"/>
        </w:rPr>
        <w:t>1</w:t>
      </w:r>
      <w:r w:rsidRPr="00836B78">
        <w:rPr>
          <w:sz w:val="28"/>
          <w:szCs w:val="28"/>
        </w:rPr>
        <w:t>, Nhà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)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>ng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170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 ăn bán trú.</w:t>
      </w:r>
    </w:p>
    <w:p w14:paraId="1013F21F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Thôn 9: G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m 01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ghép/m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giáo (Lá 6).</w:t>
      </w:r>
    </w:p>
    <w:p w14:paraId="683C5910" w14:textId="297F8F3C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n: G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m 02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</w:t>
      </w:r>
      <w:r w:rsidRPr="00836B78">
        <w:rPr>
          <w:sz w:val="28"/>
          <w:szCs w:val="28"/>
        </w:rPr>
        <w:t xml:space="preserve"> (Lá </w:t>
      </w:r>
      <w:r w:rsidR="00184650">
        <w:rPr>
          <w:sz w:val="28"/>
          <w:szCs w:val="28"/>
        </w:rPr>
        <w:t>2</w:t>
      </w:r>
      <w:r w:rsidRPr="00836B78">
        <w:rPr>
          <w:sz w:val="28"/>
          <w:szCs w:val="28"/>
        </w:rPr>
        <w:t>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 xml:space="preserve">m </w:t>
      </w:r>
      <w:r w:rsidR="00184650">
        <w:rPr>
          <w:sz w:val="28"/>
          <w:szCs w:val="28"/>
        </w:rPr>
        <w:t>2</w:t>
      </w:r>
      <w:r w:rsidRPr="00836B78">
        <w:rPr>
          <w:sz w:val="28"/>
          <w:szCs w:val="28"/>
        </w:rPr>
        <w:t>).</w:t>
      </w:r>
    </w:p>
    <w:p w14:paraId="6E31B7CA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2. Thu</w:t>
      </w:r>
      <w:r w:rsidRPr="00836B78">
        <w:rPr>
          <w:b/>
          <w:sz w:val="28"/>
          <w:szCs w:val="28"/>
        </w:rPr>
        <w:t>ậ</w:t>
      </w:r>
      <w:r w:rsidRPr="00836B78">
        <w:rPr>
          <w:b/>
          <w:sz w:val="28"/>
          <w:szCs w:val="28"/>
        </w:rPr>
        <w:t>n l</w:t>
      </w:r>
      <w:r w:rsidRPr="00836B78">
        <w:rPr>
          <w:b/>
          <w:sz w:val="28"/>
          <w:szCs w:val="28"/>
        </w:rPr>
        <w:t>ợ</w:t>
      </w:r>
      <w:r w:rsidRPr="00836B78">
        <w:rPr>
          <w:b/>
          <w:sz w:val="28"/>
          <w:szCs w:val="28"/>
        </w:rPr>
        <w:t>i</w:t>
      </w:r>
    </w:p>
    <w:p w14:paraId="0464BFB1" w14:textId="5F2ED07F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Nhà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luôn 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s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 quan tâm, ch</w:t>
      </w:r>
      <w:r w:rsidRPr="00836B78">
        <w:rPr>
          <w:sz w:val="28"/>
          <w:szCs w:val="28"/>
        </w:rPr>
        <w:t>ỉ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o sát sao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a Phòng </w:t>
      </w:r>
      <w:r w:rsidR="00EC40E9" w:rsidRPr="00836B78">
        <w:rPr>
          <w:sz w:val="28"/>
          <w:szCs w:val="28"/>
        </w:rPr>
        <w:t>VH - XH</w:t>
      </w:r>
      <w:r w:rsidRPr="00836B78">
        <w:rPr>
          <w:sz w:val="28"/>
          <w:szCs w:val="28"/>
        </w:rPr>
        <w:t xml:space="preserve"> và chính quy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n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a phương xã Đ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k Wil trong vi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c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cơ s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 xml:space="preserve"> v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bán trú.</w:t>
      </w:r>
    </w:p>
    <w:p w14:paraId="281A8DC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Ban Giám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phân công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ng chí Phó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trách tr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m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ng nuôi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ng, có k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tra, giám sát thư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xuyên và ch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>.</w:t>
      </w:r>
    </w:p>
    <w:p w14:paraId="1DBE69D5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i ngũ giáo viên, nhân viên nuôi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có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t, yêu ngh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, m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, có tinh th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trách nhi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m cao trong công tác chăm sóc, nuôi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ng.</w:t>
      </w:r>
    </w:p>
    <w:p w14:paraId="2CEED5FD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Đa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huynh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 tin</w:t>
      </w:r>
      <w:r w:rsidRPr="00836B78">
        <w:rPr>
          <w:sz w:val="28"/>
          <w:szCs w:val="28"/>
        </w:rPr>
        <w:t xml:space="preserve"> tư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ng,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ng thu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và 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tích c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nhà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trong vi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c chăm lo b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ăn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đư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cho các cháu.</w:t>
      </w:r>
    </w:p>
    <w:p w14:paraId="61941AEF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3. Khó khăn</w:t>
      </w:r>
    </w:p>
    <w:p w14:paraId="09DA1C5E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a bàn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tr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i r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ng, có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chính, 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và 2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l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(thôn 9,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n), kho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ng cách di chuy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gi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gây</w:t>
      </w:r>
      <w:r w:rsidRPr="00836B78">
        <w:rPr>
          <w:sz w:val="28"/>
          <w:szCs w:val="28"/>
        </w:rPr>
        <w:t xml:space="preserve"> khó khăn nh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cho công tác đi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i,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và v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chuy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su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ăn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ng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.</w:t>
      </w:r>
    </w:p>
    <w:p w14:paraId="0F7EF7F3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ki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kinh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m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t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ph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huynh vùng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ng bào còn nhi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khó khăn, m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đóng góp ti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n ăn bán trú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còn h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 h</w:t>
      </w:r>
      <w:r w:rsidRPr="00836B78">
        <w:rPr>
          <w:sz w:val="28"/>
          <w:szCs w:val="28"/>
        </w:rPr>
        <w:t>ẹ</w:t>
      </w:r>
      <w:r w:rsidRPr="00836B78">
        <w:rPr>
          <w:sz w:val="28"/>
          <w:szCs w:val="28"/>
        </w:rPr>
        <w:t>p, đòi 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i ph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i cân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kh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u ph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 xml:space="preserve">ng </w:t>
      </w:r>
      <w:r w:rsidRPr="00836B78">
        <w:rPr>
          <w:sz w:val="28"/>
          <w:szCs w:val="28"/>
        </w:rPr>
        <w:t>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khoa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và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ki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m.</w:t>
      </w:r>
    </w:p>
    <w:p w14:paraId="14FAE8CA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i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vùng Tây Nguyên phân hóa theo mùa rõ r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t, đòi 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i công tác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qu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m, ngu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s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và phòng ch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ch b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nh theo mùa ph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i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đ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lên hàng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u.</w:t>
      </w:r>
    </w:p>
    <w:p w14:paraId="78C15A1B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II. M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>C TIÊU VÀ CH</w:t>
      </w:r>
      <w:r w:rsidRPr="00836B78">
        <w:rPr>
          <w:b/>
          <w:sz w:val="28"/>
          <w:szCs w:val="28"/>
        </w:rPr>
        <w:t>Ỉ</w:t>
      </w:r>
      <w:r w:rsidRPr="00836B78">
        <w:rPr>
          <w:b/>
          <w:sz w:val="28"/>
          <w:szCs w:val="28"/>
        </w:rPr>
        <w:t xml:space="preserve"> TIÊU PH</w:t>
      </w:r>
      <w:r w:rsidRPr="00836B78">
        <w:rPr>
          <w:b/>
          <w:sz w:val="28"/>
          <w:szCs w:val="28"/>
        </w:rPr>
        <w:t>Ấ</w:t>
      </w:r>
      <w:r w:rsidRPr="00836B78">
        <w:rPr>
          <w:b/>
          <w:sz w:val="28"/>
          <w:szCs w:val="28"/>
        </w:rPr>
        <w:t>N Đ</w:t>
      </w:r>
      <w:r w:rsidRPr="00836B78">
        <w:rPr>
          <w:b/>
          <w:sz w:val="28"/>
          <w:szCs w:val="28"/>
        </w:rPr>
        <w:t>Ấ</w:t>
      </w:r>
      <w:r w:rsidRPr="00836B78">
        <w:rPr>
          <w:b/>
          <w:sz w:val="28"/>
          <w:szCs w:val="28"/>
        </w:rPr>
        <w:t>U</w:t>
      </w:r>
    </w:p>
    <w:p w14:paraId="2CAABE03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1. M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>c tiêu chung</w:t>
      </w:r>
    </w:p>
    <w:p w14:paraId="2D484AD7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tuy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an toàn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m, an toàn tính m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ng và phòng ch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ch b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nh, ng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c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cho 100%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ăn bán trú.</w:t>
      </w:r>
    </w:p>
    <w:p w14:paraId="496BD41A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Nâng cao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b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ăn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đư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ng,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cân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thành ph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theo l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a tu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>i; k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tăng cư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</w:t>
      </w:r>
      <w:r w:rsidRPr="00836B78">
        <w:rPr>
          <w:sz w:val="28"/>
          <w:szCs w:val="28"/>
        </w:rPr>
        <w:t>l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giúp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phát tri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hài hòa v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và trí tu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.</w:t>
      </w:r>
    </w:p>
    <w:p w14:paraId="48B4B38D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Nâng cao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chăm sóc gi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c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, rèn luy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n n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cá nhân, k</w:t>
      </w:r>
      <w:r w:rsidRPr="00836B78">
        <w:rPr>
          <w:sz w:val="28"/>
          <w:szCs w:val="28"/>
        </w:rPr>
        <w:t>ỹ</w:t>
      </w:r>
      <w:r w:rsidRPr="00836B78">
        <w:rPr>
          <w:sz w:val="28"/>
          <w:szCs w:val="28"/>
        </w:rPr>
        <w:t xml:space="preserve"> năng t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v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văn minh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non.</w:t>
      </w:r>
    </w:p>
    <w:p w14:paraId="5758F459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2. Ch</w:t>
      </w:r>
      <w:r w:rsidRPr="00836B78">
        <w:rPr>
          <w:b/>
          <w:sz w:val="28"/>
          <w:szCs w:val="28"/>
        </w:rPr>
        <w:t>ỉ</w:t>
      </w:r>
      <w:r w:rsidRPr="00836B78">
        <w:rPr>
          <w:b/>
          <w:sz w:val="28"/>
          <w:szCs w:val="28"/>
        </w:rPr>
        <w:t xml:space="preserve"> tiêu c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 xml:space="preserve"> th</w:t>
      </w:r>
      <w:r w:rsidRPr="00836B78">
        <w:rPr>
          <w:b/>
          <w:sz w:val="28"/>
          <w:szCs w:val="28"/>
        </w:rPr>
        <w:t>ể</w:t>
      </w:r>
    </w:p>
    <w:p w14:paraId="0AA2E928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100%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ăn bán trú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 (250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), 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u </w:t>
      </w:r>
      <w:r w:rsidRPr="00836B78">
        <w:rPr>
          <w:sz w:val="28"/>
          <w:szCs w:val="28"/>
        </w:rPr>
        <w:t>(170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) và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, đúng gi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, an toàn tuy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i; không x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y ra tai n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 thương tích và ng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c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m.</w:t>
      </w:r>
    </w:p>
    <w:p w14:paraId="26D74972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lastRenderedPageBreak/>
        <w:t xml:space="preserve">- </w:t>
      </w:r>
      <w:r w:rsidRPr="00836B78">
        <w:rPr>
          <w:sz w:val="28"/>
          <w:szCs w:val="28"/>
        </w:rPr>
        <w:t>100% ngu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v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n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u ăn, sinh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theo Quy chu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 k</w:t>
      </w:r>
      <w:r w:rsidRPr="00836B78">
        <w:rPr>
          <w:sz w:val="28"/>
          <w:szCs w:val="28"/>
        </w:rPr>
        <w:t>ỹ</w:t>
      </w:r>
      <w:r w:rsidRPr="00836B78">
        <w:rPr>
          <w:sz w:val="28"/>
          <w:szCs w:val="28"/>
        </w:rPr>
        <w:t xml:space="preserve"> thu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t qu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c gia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</w:t>
      </w:r>
      <w:r w:rsidRPr="00836B78">
        <w:rPr>
          <w:sz w:val="28"/>
          <w:szCs w:val="28"/>
        </w:rPr>
        <w:t xml:space="preserve"> Thông tư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52/2024/TT-BYT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Y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.</w:t>
      </w:r>
    </w:p>
    <w:p w14:paraId="2C2970CF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100% nhân viên n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u ăn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khám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và tham gia t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p hu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n ki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an toàn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m, có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trang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h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theo quy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nh.</w:t>
      </w:r>
    </w:p>
    <w:p w14:paraId="4CD9793C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100% các b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ăn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 túc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ba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 xml:space="preserve">c và lưu </w:t>
      </w:r>
      <w:r w:rsidRPr="00836B78">
        <w:rPr>
          <w:sz w:val="28"/>
          <w:szCs w:val="28"/>
        </w:rPr>
        <w:t>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thi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24 gi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 xml:space="preserve"> đúng theo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1246/QĐ-BYT.</w:t>
      </w:r>
    </w:p>
    <w:p w14:paraId="4E0CC9F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Kh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t</w:t>
      </w:r>
      <w:r w:rsidRPr="00836B78">
        <w:rPr>
          <w:sz w:val="28"/>
          <w:szCs w:val="28"/>
        </w:rPr>
        <w:t>ỷ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suy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nh</w:t>
      </w:r>
      <w:r w:rsidRPr="00836B78">
        <w:rPr>
          <w:sz w:val="28"/>
          <w:szCs w:val="28"/>
        </w:rPr>
        <w:t>ẹ</w:t>
      </w:r>
      <w:r w:rsidRPr="00836B78">
        <w:rPr>
          <w:sz w:val="28"/>
          <w:szCs w:val="28"/>
        </w:rPr>
        <w:t xml:space="preserve"> cân và th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còi dư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5%; t</w:t>
      </w:r>
      <w:r w:rsidRPr="00836B78">
        <w:rPr>
          <w:sz w:val="28"/>
          <w:szCs w:val="28"/>
        </w:rPr>
        <w:t>ỷ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>a cân, béo phì dư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2%.</w:t>
      </w:r>
    </w:p>
    <w:p w14:paraId="5BABDF8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100%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theo dõi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 b</w:t>
      </w:r>
      <w:r w:rsidRPr="00836B78">
        <w:rPr>
          <w:sz w:val="28"/>
          <w:szCs w:val="28"/>
        </w:rPr>
        <w:t>ằ</w:t>
      </w:r>
      <w:r w:rsidRPr="00836B78">
        <w:rPr>
          <w:sz w:val="28"/>
          <w:szCs w:val="28"/>
        </w:rPr>
        <w:t>ng bi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tăng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(cân đo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3 l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n/năm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giáo, hàng tháng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nhóm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) và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khám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 chuyên khoa 2 l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n/năm theo Thông tư liên t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ch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13/2016/TTLT-BYT-BGDĐT.</w:t>
      </w:r>
    </w:p>
    <w:p w14:paraId="6BABABCA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III. CÁC NHI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M V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 xml:space="preserve"> VÀ BI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N PHÁP TR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NG TÂM</w:t>
      </w:r>
    </w:p>
    <w:p w14:paraId="33EA4B7C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1. Công tác đ</w:t>
      </w:r>
      <w:r w:rsidRPr="00836B78">
        <w:rPr>
          <w:b/>
          <w:sz w:val="28"/>
          <w:szCs w:val="28"/>
        </w:rPr>
        <w:t>ả</w:t>
      </w:r>
      <w:r w:rsidRPr="00836B78">
        <w:rPr>
          <w:b/>
          <w:sz w:val="28"/>
          <w:szCs w:val="28"/>
        </w:rPr>
        <w:t>m b</w:t>
      </w:r>
      <w:r w:rsidRPr="00836B78">
        <w:rPr>
          <w:b/>
          <w:sz w:val="28"/>
          <w:szCs w:val="28"/>
        </w:rPr>
        <w:t>ả</w:t>
      </w:r>
      <w:r w:rsidRPr="00836B78">
        <w:rPr>
          <w:b/>
          <w:sz w:val="28"/>
          <w:szCs w:val="28"/>
        </w:rPr>
        <w:t>o an toàn v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 xml:space="preserve"> sinh th</w:t>
      </w:r>
      <w:r w:rsidRPr="00836B78">
        <w:rPr>
          <w:b/>
          <w:sz w:val="28"/>
          <w:szCs w:val="28"/>
        </w:rPr>
        <w:t>ự</w:t>
      </w:r>
      <w:r w:rsidRPr="00836B78">
        <w:rPr>
          <w:b/>
          <w:sz w:val="28"/>
          <w:szCs w:val="28"/>
        </w:rPr>
        <w:t>c ph</w:t>
      </w:r>
      <w:r w:rsidRPr="00836B78">
        <w:rPr>
          <w:b/>
          <w:sz w:val="28"/>
          <w:szCs w:val="28"/>
        </w:rPr>
        <w:t>ẩ</w:t>
      </w:r>
      <w:r w:rsidRPr="00836B78">
        <w:rPr>
          <w:b/>
          <w:sz w:val="28"/>
          <w:szCs w:val="28"/>
        </w:rPr>
        <w:t>m và ngu</w:t>
      </w:r>
      <w:r w:rsidRPr="00836B78">
        <w:rPr>
          <w:b/>
          <w:sz w:val="28"/>
          <w:szCs w:val="28"/>
        </w:rPr>
        <w:t>ồ</w:t>
      </w:r>
      <w:r w:rsidRPr="00836B78">
        <w:rPr>
          <w:b/>
          <w:sz w:val="28"/>
          <w:szCs w:val="28"/>
        </w:rPr>
        <w:t>n nư</w:t>
      </w:r>
      <w:r w:rsidRPr="00836B78">
        <w:rPr>
          <w:b/>
          <w:sz w:val="28"/>
          <w:szCs w:val="28"/>
        </w:rPr>
        <w:t>ớ</w:t>
      </w:r>
      <w:r w:rsidRPr="00836B78">
        <w:rPr>
          <w:b/>
          <w:sz w:val="28"/>
          <w:szCs w:val="28"/>
        </w:rPr>
        <w:t>c</w:t>
      </w:r>
    </w:p>
    <w:p w14:paraId="3E5EAB7D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soát ch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 xml:space="preserve"> ngu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 g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c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m: Ch</w:t>
      </w:r>
      <w:r w:rsidRPr="00836B78">
        <w:rPr>
          <w:sz w:val="28"/>
          <w:szCs w:val="28"/>
        </w:rPr>
        <w:t>ỉ</w:t>
      </w:r>
      <w:r w:rsidRPr="00836B78">
        <w:rPr>
          <w:sz w:val="28"/>
          <w:szCs w:val="28"/>
        </w:rPr>
        <w:t xml:space="preserve"> ký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ng cung 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các cơ s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 xml:space="preserve"> kinh doanh có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tư cách pháp nhân, gi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y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ng 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cơ s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đi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ki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an toàn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theo đúng quy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Lu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t An toàn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55/2010/QH12 và Ngh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15/2018/NĐ-CP.</w:t>
      </w:r>
    </w:p>
    <w:p w14:paraId="50E5B346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 quy trình giao 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hàng ngày: Có s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 tham gia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di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Ban Giám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u, nhân viên y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/k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toán, nhân viên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và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di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huynh/giáo viên. Kiên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t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không tươi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ng, d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p nát, ôi thiu.</w:t>
      </w:r>
    </w:p>
    <w:p w14:paraId="171B6E9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V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hành b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ăn theo nguyên t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c m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t chi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u: Phân chia rõ ràng khu v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giao 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ng, khu sơ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, khu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nhi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t, khu chia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chín và khu r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>a, s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y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.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sơ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và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a đ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ng, chín ph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i có ký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màu s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c ho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c đánh d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u riêng b</w:t>
      </w:r>
      <w:r w:rsidRPr="00836B78">
        <w:rPr>
          <w:sz w:val="28"/>
          <w:szCs w:val="28"/>
        </w:rPr>
        <w:t>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t.</w:t>
      </w:r>
    </w:p>
    <w:p w14:paraId="126EF28C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3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và lưu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ăn: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ghi chép s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ba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hàng ngày (Bư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1: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trư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khi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n;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2: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trong quá trình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n;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3: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trư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khi ăn) và lưu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ng, chín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thi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24 gi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 xml:space="preserve"> tro</w:t>
      </w:r>
      <w:r w:rsidRPr="00836B78">
        <w:rPr>
          <w:sz w:val="28"/>
          <w:szCs w:val="28"/>
        </w:rPr>
        <w:t>ng t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nh chuyên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theo đúng hư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n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1246/QĐ-BYT.</w:t>
      </w:r>
    </w:p>
    <w:p w14:paraId="455BAE37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và sinh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t: Rà soát, thau r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>a b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a, kh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 xml:space="preserve"> khu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 h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sinh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>. L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y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xét nghi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m các ch</w:t>
      </w:r>
      <w:r w:rsidRPr="00836B78">
        <w:rPr>
          <w:sz w:val="28"/>
          <w:szCs w:val="28"/>
        </w:rPr>
        <w:t>ỉ</w:t>
      </w:r>
      <w:r w:rsidRPr="00836B78">
        <w:rPr>
          <w:sz w:val="28"/>
          <w:szCs w:val="28"/>
        </w:rPr>
        <w:t xml:space="preserve"> tiêu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s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dùng cho m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đích sinh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 theo đúng Thông tư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52/2024/TT-BYT ngày 31/12/2024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Y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.</w:t>
      </w:r>
    </w:p>
    <w:p w14:paraId="69374726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2. Xây d</w:t>
      </w:r>
      <w:r w:rsidRPr="00836B78">
        <w:rPr>
          <w:b/>
          <w:sz w:val="28"/>
          <w:szCs w:val="28"/>
        </w:rPr>
        <w:t>ự</w:t>
      </w:r>
      <w:r w:rsidRPr="00836B78">
        <w:rPr>
          <w:b/>
          <w:sz w:val="28"/>
          <w:szCs w:val="28"/>
        </w:rPr>
        <w:t>ng th</w:t>
      </w:r>
      <w:r w:rsidRPr="00836B78">
        <w:rPr>
          <w:b/>
          <w:sz w:val="28"/>
          <w:szCs w:val="28"/>
        </w:rPr>
        <w:t>ự</w:t>
      </w:r>
      <w:r w:rsidRPr="00836B78">
        <w:rPr>
          <w:b/>
          <w:sz w:val="28"/>
          <w:szCs w:val="28"/>
        </w:rPr>
        <w:t>c đơn, cân đ</w:t>
      </w:r>
      <w:r w:rsidRPr="00836B78">
        <w:rPr>
          <w:b/>
          <w:sz w:val="28"/>
          <w:szCs w:val="28"/>
        </w:rPr>
        <w:t>ố</w:t>
      </w:r>
      <w:r w:rsidRPr="00836B78">
        <w:rPr>
          <w:b/>
          <w:sz w:val="28"/>
          <w:szCs w:val="28"/>
        </w:rPr>
        <w:t>i kh</w:t>
      </w:r>
      <w:r w:rsidRPr="00836B78">
        <w:rPr>
          <w:b/>
          <w:sz w:val="28"/>
          <w:szCs w:val="28"/>
        </w:rPr>
        <w:t>ẩ</w:t>
      </w:r>
      <w:r w:rsidRPr="00836B78">
        <w:rPr>
          <w:b/>
          <w:sz w:val="28"/>
          <w:szCs w:val="28"/>
        </w:rPr>
        <w:t>u ph</w:t>
      </w:r>
      <w:r w:rsidRPr="00836B78">
        <w:rPr>
          <w:b/>
          <w:sz w:val="28"/>
          <w:szCs w:val="28"/>
        </w:rPr>
        <w:t>ầ</w:t>
      </w:r>
      <w:r w:rsidRPr="00836B78">
        <w:rPr>
          <w:b/>
          <w:sz w:val="28"/>
          <w:szCs w:val="28"/>
        </w:rPr>
        <w:t>n dinh dư</w:t>
      </w:r>
      <w:r w:rsidRPr="00836B78">
        <w:rPr>
          <w:b/>
          <w:sz w:val="28"/>
          <w:szCs w:val="28"/>
        </w:rPr>
        <w:t>ỡ</w:t>
      </w:r>
      <w:r w:rsidRPr="00836B78">
        <w:rPr>
          <w:b/>
          <w:sz w:val="28"/>
          <w:szCs w:val="28"/>
        </w:rPr>
        <w:t>ng và tăng cư</w:t>
      </w:r>
      <w:r w:rsidRPr="00836B78">
        <w:rPr>
          <w:b/>
          <w:sz w:val="28"/>
          <w:szCs w:val="28"/>
        </w:rPr>
        <w:t>ờ</w:t>
      </w:r>
      <w:r w:rsidRPr="00836B78">
        <w:rPr>
          <w:b/>
          <w:sz w:val="28"/>
          <w:szCs w:val="28"/>
        </w:rPr>
        <w:t>ng th</w:t>
      </w:r>
      <w:r w:rsidRPr="00836B78">
        <w:rPr>
          <w:b/>
          <w:sz w:val="28"/>
          <w:szCs w:val="28"/>
        </w:rPr>
        <w:t>ể</w:t>
      </w:r>
      <w:r w:rsidRPr="00836B78">
        <w:rPr>
          <w:b/>
          <w:sz w:val="28"/>
          <w:szCs w:val="28"/>
        </w:rPr>
        <w:t xml:space="preserve"> l</w:t>
      </w:r>
      <w:r w:rsidRPr="00836B78">
        <w:rPr>
          <w:b/>
          <w:sz w:val="28"/>
          <w:szCs w:val="28"/>
        </w:rPr>
        <w:t>ự</w:t>
      </w:r>
      <w:r w:rsidRPr="00836B78">
        <w:rPr>
          <w:b/>
          <w:sz w:val="28"/>
          <w:szCs w:val="28"/>
        </w:rPr>
        <w:t>c</w:t>
      </w:r>
    </w:p>
    <w:p w14:paraId="08B16E79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Xây d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đơn khoa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c: Áp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ph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m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m tính kh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u ph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theo đúng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tu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>i nhà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v</w:t>
      </w:r>
      <w:r w:rsidRPr="00836B78">
        <w:rPr>
          <w:sz w:val="28"/>
          <w:szCs w:val="28"/>
        </w:rPr>
        <w:t>à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giáo;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đơn đư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c xây d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ng theo mùa, theo tu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n, phong phú món ăn,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t</w:t>
      </w:r>
      <w:r w:rsidRPr="00836B78">
        <w:rPr>
          <w:sz w:val="28"/>
          <w:szCs w:val="28"/>
        </w:rPr>
        <w:t>ỷ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cân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gi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các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sinh năng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(Protein - Lipid - Glucid) và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vitamin, khoáng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t.</w:t>
      </w:r>
    </w:p>
    <w:p w14:paraId="19E7E07E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b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ăn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đư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g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n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tăng cư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c: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</w:t>
      </w:r>
      <w:r w:rsidRPr="00836B78">
        <w:rPr>
          <w:sz w:val="28"/>
          <w:szCs w:val="28"/>
        </w:rPr>
        <w:t xml:space="preserve"> túc hư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n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2195/QĐ-BGDĐT ngày 10/8/2022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GDĐT. H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 xml:space="preserve">n </w:t>
      </w:r>
      <w:r w:rsidRPr="00836B78">
        <w:rPr>
          <w:sz w:val="28"/>
          <w:szCs w:val="28"/>
        </w:rPr>
        <w:lastRenderedPageBreak/>
        <w:t>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s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 xml:space="preserve">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s</w:t>
      </w:r>
      <w:r w:rsidRPr="00836B78">
        <w:rPr>
          <w:sz w:val="28"/>
          <w:szCs w:val="28"/>
        </w:rPr>
        <w:t>ẵ</w:t>
      </w:r>
      <w:r w:rsidRPr="00836B78">
        <w:rPr>
          <w:sz w:val="28"/>
          <w:szCs w:val="28"/>
        </w:rPr>
        <w:t>n, nhi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đư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ng, mu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i; tăng cư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rau xanh,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qu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 xml:space="preserve"> tươi, s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tươi và các s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t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 xml:space="preserve"> s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a.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o không khí vui v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, tho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i mái, giáo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văn hóa bàn ă</w:t>
      </w:r>
      <w:r w:rsidRPr="00836B78">
        <w:rPr>
          <w:sz w:val="28"/>
          <w:szCs w:val="28"/>
        </w:rPr>
        <w:t>n và thói quen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lành m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nh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.</w:t>
      </w:r>
    </w:p>
    <w:p w14:paraId="6F9BEEA7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Tăng cư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v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c: L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ng ghép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lý các bài t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p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sáng, trò chơi v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ngoài tr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i, phát tri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giúp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tiêu hóa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t, tăng cư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đ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kháng và phát tri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chi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cao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ưu.</w:t>
      </w:r>
    </w:p>
    <w:p w14:paraId="4C1F754D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3. T</w:t>
      </w:r>
      <w:r w:rsidRPr="00836B78">
        <w:rPr>
          <w:b/>
          <w:sz w:val="28"/>
          <w:szCs w:val="28"/>
        </w:rPr>
        <w:t>ổ</w:t>
      </w:r>
      <w:r w:rsidRPr="00836B78">
        <w:rPr>
          <w:b/>
          <w:sz w:val="28"/>
          <w:szCs w:val="28"/>
        </w:rPr>
        <w:t xml:space="preserve"> ch</w:t>
      </w:r>
      <w:r w:rsidRPr="00836B78">
        <w:rPr>
          <w:b/>
          <w:sz w:val="28"/>
          <w:szCs w:val="28"/>
        </w:rPr>
        <w:t>ứ</w:t>
      </w:r>
      <w:r w:rsidRPr="00836B78">
        <w:rPr>
          <w:b/>
          <w:sz w:val="28"/>
          <w:szCs w:val="28"/>
        </w:rPr>
        <w:t>c chăm sóc gi</w:t>
      </w:r>
      <w:r w:rsidRPr="00836B78">
        <w:rPr>
          <w:b/>
          <w:sz w:val="28"/>
          <w:szCs w:val="28"/>
        </w:rPr>
        <w:t>ấ</w:t>
      </w:r>
      <w:r w:rsidRPr="00836B78">
        <w:rPr>
          <w:b/>
          <w:sz w:val="28"/>
          <w:szCs w:val="28"/>
        </w:rPr>
        <w:t>c ng</w:t>
      </w:r>
      <w:r w:rsidRPr="00836B78">
        <w:rPr>
          <w:b/>
          <w:sz w:val="28"/>
          <w:szCs w:val="28"/>
        </w:rPr>
        <w:t>ủ</w:t>
      </w:r>
      <w:r w:rsidRPr="00836B78">
        <w:rPr>
          <w:b/>
          <w:sz w:val="28"/>
          <w:szCs w:val="28"/>
        </w:rPr>
        <w:t xml:space="preserve"> và v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 xml:space="preserve"> sinh cá nhân cho tr</w:t>
      </w:r>
      <w:r w:rsidRPr="00836B78">
        <w:rPr>
          <w:b/>
          <w:sz w:val="28"/>
          <w:szCs w:val="28"/>
        </w:rPr>
        <w:t>ẻ</w:t>
      </w:r>
    </w:p>
    <w:p w14:paraId="6DE3F5E5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Chăm sóc gi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c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: B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trí phòng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s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s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>, thoáng mát v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mùa n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 xml:space="preserve">ng, kín gió và 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m áp v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mùa mưa l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nh. Trang b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ph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n/chi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u, g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i, chăn 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m riêng bi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 cho t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>ng cháu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c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 xml:space="preserve">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 (8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p), phân</w:t>
      </w:r>
      <w:r w:rsidRPr="00836B78">
        <w:rPr>
          <w:sz w:val="28"/>
          <w:szCs w:val="28"/>
        </w:rPr>
        <w:t xml:space="preserve">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(5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p) và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l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thôn 9,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n. Giáo viên tr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trưa luôn túc tr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theo dõi gi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c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, k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p th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i x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 xml:space="preserve"> trí các tình hu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b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thư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ng.</w:t>
      </w:r>
    </w:p>
    <w:p w14:paraId="5D5D33BF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cá nhân: Rèn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thói quen r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>a tay b</w:t>
      </w:r>
      <w:r w:rsidRPr="00836B78">
        <w:rPr>
          <w:sz w:val="28"/>
          <w:szCs w:val="28"/>
        </w:rPr>
        <w:t>ằ</w:t>
      </w:r>
      <w:r w:rsidRPr="00836B78">
        <w:rPr>
          <w:sz w:val="28"/>
          <w:szCs w:val="28"/>
        </w:rPr>
        <w:t>ng xà phòng dư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vòi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ch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y trư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 xml:space="preserve">c khi ăn, sau </w:t>
      </w:r>
      <w:r w:rsidRPr="00836B78">
        <w:rPr>
          <w:sz w:val="28"/>
          <w:szCs w:val="28"/>
        </w:rPr>
        <w:t>khi đi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và khi tay b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n; lau m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t, đánh răng/súc mi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ng sau khi ăn xong.</w:t>
      </w:r>
    </w:p>
    <w:p w14:paraId="5B971368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4. Qu</w:t>
      </w:r>
      <w:r w:rsidRPr="00836B78">
        <w:rPr>
          <w:b/>
          <w:sz w:val="28"/>
          <w:szCs w:val="28"/>
        </w:rPr>
        <w:t>ả</w:t>
      </w:r>
      <w:r w:rsidRPr="00836B78">
        <w:rPr>
          <w:b/>
          <w:sz w:val="28"/>
          <w:szCs w:val="28"/>
        </w:rPr>
        <w:t>n lý, ki</w:t>
      </w:r>
      <w:r w:rsidRPr="00836B78">
        <w:rPr>
          <w:b/>
          <w:sz w:val="28"/>
          <w:szCs w:val="28"/>
        </w:rPr>
        <w:t>ể</w:t>
      </w:r>
      <w:r w:rsidRPr="00836B78">
        <w:rPr>
          <w:b/>
          <w:sz w:val="28"/>
          <w:szCs w:val="28"/>
        </w:rPr>
        <w:t>m tra giám sát t</w:t>
      </w:r>
      <w:r w:rsidRPr="00836B78">
        <w:rPr>
          <w:b/>
          <w:sz w:val="28"/>
          <w:szCs w:val="28"/>
        </w:rPr>
        <w:t>ạ</w:t>
      </w:r>
      <w:r w:rsidRPr="00836B78">
        <w:rPr>
          <w:b/>
          <w:sz w:val="28"/>
          <w:szCs w:val="28"/>
        </w:rPr>
        <w:t>i các đi</w:t>
      </w:r>
      <w:r w:rsidRPr="00836B78">
        <w:rPr>
          <w:b/>
          <w:sz w:val="28"/>
          <w:szCs w:val="28"/>
        </w:rPr>
        <w:t>ể</w:t>
      </w:r>
      <w:r w:rsidRPr="00836B78">
        <w:rPr>
          <w:b/>
          <w:sz w:val="28"/>
          <w:szCs w:val="28"/>
        </w:rPr>
        <w:t>m trư</w:t>
      </w:r>
      <w:r w:rsidRPr="00836B78">
        <w:rPr>
          <w:b/>
          <w:sz w:val="28"/>
          <w:szCs w:val="28"/>
        </w:rPr>
        <w:t>ờ</w:t>
      </w:r>
      <w:r w:rsidRPr="00836B78">
        <w:rPr>
          <w:b/>
          <w:sz w:val="28"/>
          <w:szCs w:val="28"/>
        </w:rPr>
        <w:t>ng và phân hi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u</w:t>
      </w:r>
    </w:p>
    <w:p w14:paraId="4DD061A2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 (8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- 250 cháu): Duy trì b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ăn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u, nâng cao tay ngh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nhân viên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ng, làm cơ s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 xml:space="preserve"> chu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 hóa quy trình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cho toàn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ng.</w:t>
      </w:r>
    </w:p>
    <w:p w14:paraId="4E3E706C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(5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- 170 cháu) và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l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(thôn 9: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Lá 6;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n: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Lá 9,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6): Thi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l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p phương án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chia su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ăn khoa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c,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nhi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 khi đ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tay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; t</w:t>
      </w:r>
      <w:r w:rsidRPr="00836B78">
        <w:rPr>
          <w:sz w:val="28"/>
          <w:szCs w:val="28"/>
        </w:rPr>
        <w:t>hư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xuyên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đi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ki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và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ch</w:t>
      </w:r>
      <w:r w:rsidRPr="00836B78">
        <w:rPr>
          <w:sz w:val="28"/>
          <w:szCs w:val="28"/>
        </w:rPr>
        <w:t>ỗ</w:t>
      </w:r>
      <w:r w:rsidRPr="00836B78">
        <w:rPr>
          <w:sz w:val="28"/>
          <w:szCs w:val="28"/>
        </w:rPr>
        <w:t>.</w:t>
      </w:r>
    </w:p>
    <w:p w14:paraId="4C6BC0A4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Ban Giám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cùng Ban thanh tra nhân dân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hàng tháng và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t xu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không báo trư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công tác bán trú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t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c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 xml:space="preserve">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ng.</w:t>
      </w:r>
    </w:p>
    <w:p w14:paraId="5CCA3283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5. Công tác y t</w:t>
      </w:r>
      <w:r w:rsidRPr="00836B78">
        <w:rPr>
          <w:b/>
          <w:sz w:val="28"/>
          <w:szCs w:val="28"/>
        </w:rPr>
        <w:t>ế</w:t>
      </w:r>
      <w:r w:rsidRPr="00836B78">
        <w:rPr>
          <w:b/>
          <w:sz w:val="28"/>
          <w:szCs w:val="28"/>
        </w:rPr>
        <w:t xml:space="preserve"> </w:t>
      </w:r>
      <w:r w:rsidRPr="00836B78">
        <w:rPr>
          <w:b/>
          <w:sz w:val="28"/>
          <w:szCs w:val="28"/>
        </w:rPr>
        <w:t>h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c đư</w:t>
      </w:r>
      <w:r w:rsidRPr="00836B78">
        <w:rPr>
          <w:b/>
          <w:sz w:val="28"/>
          <w:szCs w:val="28"/>
        </w:rPr>
        <w:t>ờ</w:t>
      </w:r>
      <w:r w:rsidRPr="00836B78">
        <w:rPr>
          <w:b/>
          <w:sz w:val="28"/>
          <w:szCs w:val="28"/>
        </w:rPr>
        <w:t>ng và ph</w:t>
      </w:r>
      <w:r w:rsidRPr="00836B78">
        <w:rPr>
          <w:b/>
          <w:sz w:val="28"/>
          <w:szCs w:val="28"/>
        </w:rPr>
        <w:t>ố</w:t>
      </w:r>
      <w:r w:rsidRPr="00836B78">
        <w:rPr>
          <w:b/>
          <w:sz w:val="28"/>
          <w:szCs w:val="28"/>
        </w:rPr>
        <w:t>i h</w:t>
      </w:r>
      <w:r w:rsidRPr="00836B78">
        <w:rPr>
          <w:b/>
          <w:sz w:val="28"/>
          <w:szCs w:val="28"/>
        </w:rPr>
        <w:t>ợ</w:t>
      </w:r>
      <w:r w:rsidRPr="00836B78">
        <w:rPr>
          <w:b/>
          <w:sz w:val="28"/>
          <w:szCs w:val="28"/>
        </w:rPr>
        <w:t>p v</w:t>
      </w:r>
      <w:r w:rsidRPr="00836B78">
        <w:rPr>
          <w:b/>
          <w:sz w:val="28"/>
          <w:szCs w:val="28"/>
        </w:rPr>
        <w:t>ớ</w:t>
      </w:r>
      <w:r w:rsidRPr="00836B78">
        <w:rPr>
          <w:b/>
          <w:sz w:val="28"/>
          <w:szCs w:val="28"/>
        </w:rPr>
        <w:t>i ph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 xml:space="preserve"> huynh</w:t>
      </w:r>
    </w:p>
    <w:p w14:paraId="5400AABF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Công tác y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đư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ng: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 Thông tư liên t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ch s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 xml:space="preserve"> 13/2016/TTLT-BYT-BGDĐT. Cân đo,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m bi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tăng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theo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>;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khám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2 l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n/năm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s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 h</w:t>
      </w:r>
      <w:r w:rsidRPr="00836B78">
        <w:rPr>
          <w:sz w:val="28"/>
          <w:szCs w:val="28"/>
        </w:rPr>
        <w:t>ỗ</w:t>
      </w:r>
      <w:r w:rsidRPr="00836B78">
        <w:rPr>
          <w:sz w:val="28"/>
          <w:szCs w:val="28"/>
        </w:rPr>
        <w:t xml:space="preserve"> tr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 xml:space="preserve">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m Y t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xã Đ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 xml:space="preserve">k </w:t>
      </w:r>
      <w:r w:rsidRPr="00836B78">
        <w:rPr>
          <w:sz w:val="28"/>
          <w:szCs w:val="28"/>
        </w:rPr>
        <w:t>Wil; có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chăm sóc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i riêng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suy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ng, th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>a cân.</w:t>
      </w:r>
    </w:p>
    <w:p w14:paraId="38A35574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huynh: Công khai minh b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đơn hàng ngày, hàng tu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và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ng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toán tài chính ti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n ăn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ng thông tin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và các nhóm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p. Khuy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khích</w:t>
      </w:r>
      <w:r w:rsidRPr="00836B78">
        <w:rPr>
          <w:sz w:val="28"/>
          <w:szCs w:val="28"/>
        </w:rPr>
        <w:t xml:space="preserve"> Ban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di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cha m</w:t>
      </w:r>
      <w:r w:rsidRPr="00836B78">
        <w:rPr>
          <w:sz w:val="28"/>
          <w:szCs w:val="28"/>
        </w:rPr>
        <w:t>ẹ</w:t>
      </w:r>
      <w:r w:rsidRPr="00836B78">
        <w:rPr>
          <w:sz w:val="28"/>
          <w:szCs w:val="28"/>
        </w:rPr>
        <w:t xml:space="preserve">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 tham gia giám sát ngu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 g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c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và quy trình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hàng ngày.</w:t>
      </w:r>
    </w:p>
    <w:p w14:paraId="6D12047A" w14:textId="77777777" w:rsidR="0096630F" w:rsidRPr="00836B78" w:rsidRDefault="00F02759" w:rsidP="00836B78">
      <w:pPr>
        <w:keepNext/>
        <w:spacing w:after="0" w:line="276" w:lineRule="auto"/>
        <w:rPr>
          <w:sz w:val="28"/>
          <w:szCs w:val="28"/>
        </w:rPr>
      </w:pPr>
      <w:r w:rsidRPr="00836B78">
        <w:rPr>
          <w:b/>
          <w:sz w:val="28"/>
          <w:szCs w:val="28"/>
        </w:rPr>
        <w:t>IV. K</w:t>
      </w:r>
      <w:r w:rsidRPr="00836B78">
        <w:rPr>
          <w:b/>
          <w:sz w:val="28"/>
          <w:szCs w:val="28"/>
        </w:rPr>
        <w:t>Ế</w:t>
      </w:r>
      <w:r w:rsidRPr="00836B78">
        <w:rPr>
          <w:b/>
          <w:sz w:val="28"/>
          <w:szCs w:val="28"/>
        </w:rPr>
        <w:t xml:space="preserve"> HO</w:t>
      </w:r>
      <w:r w:rsidRPr="00836B78">
        <w:rPr>
          <w:b/>
          <w:sz w:val="28"/>
          <w:szCs w:val="28"/>
        </w:rPr>
        <w:t>Ạ</w:t>
      </w:r>
      <w:r w:rsidRPr="00836B78">
        <w:rPr>
          <w:b/>
          <w:sz w:val="28"/>
          <w:szCs w:val="28"/>
        </w:rPr>
        <w:t>CH HO</w:t>
      </w:r>
      <w:r w:rsidRPr="00836B78">
        <w:rPr>
          <w:b/>
          <w:sz w:val="28"/>
          <w:szCs w:val="28"/>
        </w:rPr>
        <w:t>Ạ</w:t>
      </w:r>
      <w:r w:rsidRPr="00836B78">
        <w:rPr>
          <w:b/>
          <w:sz w:val="28"/>
          <w:szCs w:val="28"/>
        </w:rPr>
        <w:t>T Đ</w:t>
      </w:r>
      <w:r w:rsidRPr="00836B78">
        <w:rPr>
          <w:b/>
          <w:sz w:val="28"/>
          <w:szCs w:val="28"/>
        </w:rPr>
        <w:t>Ộ</w:t>
      </w:r>
      <w:r w:rsidRPr="00836B78">
        <w:rPr>
          <w:b/>
          <w:sz w:val="28"/>
          <w:szCs w:val="28"/>
        </w:rPr>
        <w:t>NG TR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NG TÂM THEO THÁNG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5386"/>
        <w:gridCol w:w="2268"/>
      </w:tblGrid>
      <w:tr w:rsidR="0096630F" w:rsidRPr="00836B78" w14:paraId="117A44DA" w14:textId="77777777" w:rsidTr="00C412BB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6742A525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</w:t>
            </w:r>
            <w:r w:rsidRPr="00836B78">
              <w:rPr>
                <w:b/>
                <w:sz w:val="28"/>
                <w:szCs w:val="28"/>
              </w:rPr>
              <w:t>ờ</w:t>
            </w:r>
            <w:r w:rsidRPr="00836B78">
              <w:rPr>
                <w:b/>
                <w:sz w:val="28"/>
                <w:szCs w:val="28"/>
              </w:rPr>
              <w:t>i gian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2C65AC8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N</w:t>
            </w:r>
            <w:r w:rsidRPr="00836B78">
              <w:rPr>
                <w:b/>
                <w:sz w:val="28"/>
                <w:szCs w:val="28"/>
              </w:rPr>
              <w:t>ộ</w:t>
            </w:r>
            <w:r w:rsidRPr="00836B78">
              <w:rPr>
                <w:b/>
                <w:sz w:val="28"/>
                <w:szCs w:val="28"/>
              </w:rPr>
              <w:t>i dung công vi</w:t>
            </w:r>
            <w:r w:rsidRPr="00836B78">
              <w:rPr>
                <w:b/>
                <w:sz w:val="28"/>
                <w:szCs w:val="28"/>
              </w:rPr>
              <w:t>ệ</w:t>
            </w:r>
            <w:r w:rsidRPr="00836B78">
              <w:rPr>
                <w:b/>
                <w:sz w:val="28"/>
                <w:szCs w:val="28"/>
              </w:rPr>
              <w:t>c tr</w:t>
            </w:r>
            <w:r w:rsidRPr="00836B78">
              <w:rPr>
                <w:b/>
                <w:sz w:val="28"/>
                <w:szCs w:val="28"/>
              </w:rPr>
              <w:t>ọ</w:t>
            </w:r>
            <w:r w:rsidRPr="00836B78">
              <w:rPr>
                <w:b/>
                <w:sz w:val="28"/>
                <w:szCs w:val="28"/>
              </w:rPr>
              <w:t>ng tâm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FFFFFF" w:themeFill="background1"/>
            <w:vAlign w:val="center"/>
          </w:tcPr>
          <w:p w14:paraId="0E955212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Ngư</w:t>
            </w:r>
            <w:r w:rsidRPr="00836B78">
              <w:rPr>
                <w:b/>
                <w:sz w:val="28"/>
                <w:szCs w:val="28"/>
              </w:rPr>
              <w:t>ờ</w:t>
            </w:r>
            <w:r w:rsidRPr="00836B78">
              <w:rPr>
                <w:b/>
                <w:sz w:val="28"/>
                <w:szCs w:val="28"/>
              </w:rPr>
              <w:t>i th</w:t>
            </w:r>
            <w:r w:rsidRPr="00836B78">
              <w:rPr>
                <w:b/>
                <w:sz w:val="28"/>
                <w:szCs w:val="28"/>
              </w:rPr>
              <w:t>ự</w:t>
            </w:r>
            <w:r w:rsidRPr="00836B78">
              <w:rPr>
                <w:b/>
                <w:sz w:val="28"/>
                <w:szCs w:val="28"/>
              </w:rPr>
              <w:t>c hi</w:t>
            </w:r>
            <w:r w:rsidRPr="00836B78">
              <w:rPr>
                <w:b/>
                <w:sz w:val="28"/>
                <w:szCs w:val="28"/>
              </w:rPr>
              <w:t>ệ</w:t>
            </w:r>
            <w:r w:rsidRPr="00836B78">
              <w:rPr>
                <w:b/>
                <w:sz w:val="28"/>
                <w:szCs w:val="28"/>
              </w:rPr>
              <w:t>n</w:t>
            </w:r>
          </w:p>
        </w:tc>
      </w:tr>
      <w:tr w:rsidR="0096630F" w:rsidRPr="00836B78" w14:paraId="18152CDF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1AB00E2E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9/2026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6F1CA9EA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p Ban Giám 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u, xây d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ng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ho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ch bán</w:t>
            </w:r>
            <w:r w:rsidRPr="00836B78">
              <w:rPr>
                <w:sz w:val="28"/>
                <w:szCs w:val="28"/>
              </w:rPr>
              <w:t xml:space="preserve"> trú c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 xml:space="preserve"> năm.</w:t>
            </w:r>
            <w:r w:rsidRPr="00836B78">
              <w:rPr>
                <w:sz w:val="28"/>
                <w:szCs w:val="28"/>
              </w:rPr>
              <w:br/>
              <w:t>- Kh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>o sát CSVC bán trú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chính, phân 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u và các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l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  <w:r w:rsidRPr="00836B78">
              <w:rPr>
                <w:sz w:val="28"/>
                <w:szCs w:val="28"/>
              </w:rPr>
              <w:br/>
            </w:r>
            <w:r w:rsidRPr="00836B78">
              <w:rPr>
                <w:sz w:val="28"/>
                <w:szCs w:val="28"/>
              </w:rPr>
              <w:lastRenderedPageBreak/>
              <w:t>- Ký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h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p đ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>ng cung c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p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ph</w:t>
            </w:r>
            <w:r w:rsidRPr="00836B78">
              <w:rPr>
                <w:sz w:val="28"/>
                <w:szCs w:val="28"/>
              </w:rPr>
              <w:t>ẩ</w:t>
            </w:r>
            <w:r w:rsidRPr="00836B78">
              <w:rPr>
                <w:sz w:val="28"/>
                <w:szCs w:val="28"/>
              </w:rPr>
              <w:t>m, xét nghi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m nư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c sinh ho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t theo TT 52/2024/TT-BYT.</w:t>
            </w:r>
            <w:r w:rsidRPr="00836B78">
              <w:rPr>
                <w:sz w:val="28"/>
                <w:szCs w:val="28"/>
              </w:rPr>
              <w:br/>
              <w:t>- Cân, đo, ch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m bi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u đ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 xml:space="preserve"> tăng trư</w:t>
            </w:r>
            <w:r w:rsidRPr="00836B78">
              <w:rPr>
                <w:sz w:val="28"/>
                <w:szCs w:val="28"/>
              </w:rPr>
              <w:t>ở</w:t>
            </w:r>
            <w:r w:rsidRPr="00836B78">
              <w:rPr>
                <w:sz w:val="28"/>
                <w:szCs w:val="28"/>
              </w:rPr>
              <w:t>ng đ</w:t>
            </w:r>
            <w:r w:rsidRPr="00836B78">
              <w:rPr>
                <w:sz w:val="28"/>
                <w:szCs w:val="28"/>
              </w:rPr>
              <w:t>ầ</w:t>
            </w:r>
            <w:r w:rsidRPr="00836B78">
              <w:rPr>
                <w:sz w:val="28"/>
                <w:szCs w:val="28"/>
              </w:rPr>
              <w:t>u năm cho 100%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39AF607B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lastRenderedPageBreak/>
              <w:t>PHT Bùi Th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 xml:space="preserve"> B</w:t>
            </w:r>
            <w:r w:rsidRPr="00836B78">
              <w:rPr>
                <w:sz w:val="28"/>
                <w:szCs w:val="28"/>
              </w:rPr>
              <w:t>ằ</w:t>
            </w:r>
            <w:r w:rsidRPr="00836B78">
              <w:rPr>
                <w:sz w:val="28"/>
                <w:szCs w:val="28"/>
              </w:rPr>
              <w:t>ng,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toán,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, GVCN</w:t>
            </w:r>
          </w:p>
        </w:tc>
      </w:tr>
      <w:tr w:rsidR="0096630F" w:rsidRPr="00836B78" w14:paraId="311BF95F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7F6726D9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10/2026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334A49BF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Ph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i h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p Tr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m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xã khám s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kh</w:t>
            </w:r>
            <w:r w:rsidRPr="00836B78">
              <w:rPr>
                <w:sz w:val="28"/>
                <w:szCs w:val="28"/>
              </w:rPr>
              <w:t>ỏ</w:t>
            </w:r>
            <w:r w:rsidRPr="00836B78">
              <w:rPr>
                <w:sz w:val="28"/>
                <w:szCs w:val="28"/>
              </w:rPr>
              <w:t>e đ</w:t>
            </w:r>
            <w:r w:rsidRPr="00836B78">
              <w:rPr>
                <w:sz w:val="28"/>
                <w:szCs w:val="28"/>
              </w:rPr>
              <w:t>ầ</w:t>
            </w:r>
            <w:r w:rsidRPr="00836B78">
              <w:rPr>
                <w:sz w:val="28"/>
                <w:szCs w:val="28"/>
              </w:rPr>
              <w:t>u năm cho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chuyên đ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 xml:space="preserve"> ATVSTP, quy trình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3 bư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c và lưu m</w:t>
            </w:r>
            <w:r w:rsidRPr="00836B78">
              <w:rPr>
                <w:sz w:val="28"/>
                <w:szCs w:val="28"/>
              </w:rPr>
              <w:t>ẫ</w:t>
            </w:r>
            <w:r w:rsidRPr="00836B78">
              <w:rPr>
                <w:sz w:val="28"/>
                <w:szCs w:val="28"/>
              </w:rPr>
              <w:t>u th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ăn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các b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p.</w:t>
            </w:r>
            <w:r w:rsidRPr="00836B78">
              <w:rPr>
                <w:sz w:val="28"/>
                <w:szCs w:val="28"/>
              </w:rPr>
              <w:br/>
              <w:t>-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p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 xml:space="preserve"> c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p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 rút kinh nghi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m ch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bi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n, đ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nh lư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ng món ăn.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43FBE20E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PHT ph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trách,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 xml:space="preserve">c </w:t>
            </w:r>
            <w:r w:rsidRPr="00836B78">
              <w:rPr>
                <w:sz w:val="28"/>
                <w:szCs w:val="28"/>
              </w:rPr>
              <w:t>đư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ng,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 xml:space="preserve"> c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p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</w:t>
            </w:r>
          </w:p>
        </w:tc>
      </w:tr>
      <w:tr w:rsidR="0096630F" w:rsidRPr="00836B78" w14:paraId="0B92A3F5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193A7387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11/2026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726EB67D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Kh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>o sát, đánh giá kh</w:t>
            </w:r>
            <w:r w:rsidRPr="00836B78">
              <w:rPr>
                <w:sz w:val="28"/>
                <w:szCs w:val="28"/>
              </w:rPr>
              <w:t>ẩ</w:t>
            </w:r>
            <w:r w:rsidRPr="00836B78">
              <w:rPr>
                <w:sz w:val="28"/>
                <w:szCs w:val="28"/>
              </w:rPr>
              <w:t>u ph</w:t>
            </w:r>
            <w:r w:rsidRPr="00836B78">
              <w:rPr>
                <w:sz w:val="28"/>
                <w:szCs w:val="28"/>
              </w:rPr>
              <w:t>ầ</w:t>
            </w:r>
            <w:r w:rsidRPr="00836B78">
              <w:rPr>
                <w:sz w:val="28"/>
                <w:szCs w:val="28"/>
              </w:rPr>
              <w:t>n dinh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 sau 2 tháng tri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n khai.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đ</w:t>
            </w:r>
            <w:r w:rsidRPr="00836B78">
              <w:rPr>
                <w:sz w:val="28"/>
                <w:szCs w:val="28"/>
              </w:rPr>
              <w:t>ộ</w:t>
            </w:r>
            <w:r w:rsidRPr="00836B78">
              <w:rPr>
                <w:sz w:val="28"/>
                <w:szCs w:val="28"/>
              </w:rPr>
              <w:t>t xu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t n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>n n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ăn ng</w:t>
            </w:r>
            <w:r w:rsidRPr="00836B78">
              <w:rPr>
                <w:sz w:val="28"/>
                <w:szCs w:val="28"/>
              </w:rPr>
              <w:t>ủ</w:t>
            </w:r>
            <w:r w:rsidRPr="00836B78">
              <w:rPr>
                <w:sz w:val="28"/>
                <w:szCs w:val="28"/>
              </w:rPr>
              <w:t xml:space="preserve"> và v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 xml:space="preserve"> sinh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thôn 9 và thôn Nam Ti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n.</w:t>
            </w:r>
            <w:r w:rsidRPr="00836B78">
              <w:rPr>
                <w:sz w:val="28"/>
                <w:szCs w:val="28"/>
              </w:rPr>
              <w:br/>
              <w:t>- Tuyên truy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>n phòng ch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ng các b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nh giao mùa cho ph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huynh.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1C5BDF4F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PHT Bùi Th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 xml:space="preserve"> B</w:t>
            </w:r>
            <w:r w:rsidRPr="00836B78">
              <w:rPr>
                <w:sz w:val="28"/>
                <w:szCs w:val="28"/>
              </w:rPr>
              <w:t>ằ</w:t>
            </w:r>
            <w:r w:rsidRPr="00836B78">
              <w:rPr>
                <w:sz w:val="28"/>
                <w:szCs w:val="28"/>
              </w:rPr>
              <w:t>n</w:t>
            </w:r>
            <w:r w:rsidRPr="00836B78">
              <w:rPr>
                <w:sz w:val="28"/>
                <w:szCs w:val="28"/>
              </w:rPr>
              <w:t>g, Ban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bán trú</w:t>
            </w:r>
          </w:p>
        </w:tc>
      </w:tr>
      <w:tr w:rsidR="0096630F" w:rsidRPr="00836B78" w14:paraId="5CE66B9C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13A8A1B5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12/2026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47505CF8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Cân đo, theo dõi s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kh</w:t>
            </w:r>
            <w:r w:rsidRPr="00836B78">
              <w:rPr>
                <w:sz w:val="28"/>
                <w:szCs w:val="28"/>
              </w:rPr>
              <w:t>ỏ</w:t>
            </w:r>
            <w:r w:rsidRPr="00836B78">
              <w:rPr>
                <w:sz w:val="28"/>
                <w:szCs w:val="28"/>
              </w:rPr>
              <w:t>e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 xml:space="preserve"> suy dinh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 và th</w:t>
            </w:r>
            <w:r w:rsidRPr="00836B78">
              <w:rPr>
                <w:sz w:val="28"/>
                <w:szCs w:val="28"/>
              </w:rPr>
              <w:t>ừ</w:t>
            </w:r>
            <w:r w:rsidRPr="00836B78">
              <w:rPr>
                <w:sz w:val="28"/>
                <w:szCs w:val="28"/>
              </w:rPr>
              <w:t>a cân l</w:t>
            </w:r>
            <w:r w:rsidRPr="00836B78">
              <w:rPr>
                <w:sz w:val="28"/>
                <w:szCs w:val="28"/>
              </w:rPr>
              <w:t>ầ</w:t>
            </w:r>
            <w:r w:rsidRPr="00836B78">
              <w:rPr>
                <w:sz w:val="28"/>
                <w:szCs w:val="28"/>
              </w:rPr>
              <w:t>n 2.</w:t>
            </w:r>
            <w:r w:rsidRPr="00836B78">
              <w:rPr>
                <w:sz w:val="28"/>
                <w:szCs w:val="28"/>
              </w:rPr>
              <w:br/>
              <w:t>- Tăng cư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 các bi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n pháp phòng ch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ng rét và gi</w:t>
            </w:r>
            <w:r w:rsidRPr="00836B78">
              <w:rPr>
                <w:sz w:val="28"/>
                <w:szCs w:val="28"/>
              </w:rPr>
              <w:t>ữ</w:t>
            </w:r>
            <w:r w:rsidRPr="00836B78">
              <w:rPr>
                <w:sz w:val="28"/>
                <w:szCs w:val="28"/>
              </w:rPr>
              <w:t xml:space="preserve"> 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m th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ăn cho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 xml:space="preserve"> vào mùa l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nh.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v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 xml:space="preserve"> sinh, kh</w:t>
            </w:r>
            <w:r w:rsidRPr="00836B78">
              <w:rPr>
                <w:sz w:val="28"/>
                <w:szCs w:val="28"/>
              </w:rPr>
              <w:t>ử</w:t>
            </w:r>
            <w:r w:rsidRPr="00836B78">
              <w:rPr>
                <w:sz w:val="28"/>
                <w:szCs w:val="28"/>
              </w:rPr>
              <w:t xml:space="preserve"> trùng đ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 xml:space="preserve"> dùng d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>ng c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bán trú.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710B631E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Nhân viên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, GVCN các l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p</w:t>
            </w:r>
          </w:p>
        </w:tc>
      </w:tr>
      <w:tr w:rsidR="0096630F" w:rsidRPr="00836B78" w14:paraId="5595B877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0EBB274D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01/2027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3CDF7077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Sơ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công tác chăm sóc, nuôi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 bán trú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c k</w:t>
            </w:r>
            <w:r w:rsidRPr="00836B78">
              <w:rPr>
                <w:sz w:val="28"/>
                <w:szCs w:val="28"/>
              </w:rPr>
              <w:t>ỳ</w:t>
            </w:r>
            <w:r w:rsidRPr="00836B78">
              <w:rPr>
                <w:sz w:val="28"/>
                <w:szCs w:val="28"/>
              </w:rPr>
              <w:t xml:space="preserve"> I.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kê trang thi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b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, đ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 xml:space="preserve"> dùng ph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>c v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ăn ng</w:t>
            </w:r>
            <w:r w:rsidRPr="00836B78">
              <w:rPr>
                <w:sz w:val="28"/>
                <w:szCs w:val="28"/>
              </w:rPr>
              <w:t>ủ</w:t>
            </w:r>
            <w:r w:rsidRPr="00836B78">
              <w:rPr>
                <w:sz w:val="28"/>
                <w:szCs w:val="28"/>
              </w:rPr>
              <w:t xml:space="preserve">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các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ng.</w:t>
            </w:r>
            <w:r w:rsidRPr="00836B78">
              <w:rPr>
                <w:sz w:val="28"/>
                <w:szCs w:val="28"/>
              </w:rPr>
              <w:br/>
              <w:t>-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>ng v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 xml:space="preserve"> sinh b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ăn, phòng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c trư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c khi ngh</w:t>
            </w:r>
            <w:r w:rsidRPr="00836B78">
              <w:rPr>
                <w:sz w:val="28"/>
                <w:szCs w:val="28"/>
              </w:rPr>
              <w:t>ỉ</w:t>
            </w:r>
            <w:r w:rsidRPr="00836B78">
              <w:rPr>
                <w:sz w:val="28"/>
                <w:szCs w:val="28"/>
              </w:rPr>
              <w:t xml:space="preserve">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Nguyên đán.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62EA679C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Ban Giám 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u, Toàn th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 xml:space="preserve"> CB-GV-NV</w:t>
            </w:r>
          </w:p>
        </w:tc>
      </w:tr>
      <w:tr w:rsidR="0096630F" w:rsidRPr="00836B78" w14:paraId="7BF2BBBE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6BD2A38A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02/2027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0AD8DE12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 xml:space="preserve">- 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>n đ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nh n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>n n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ăn bán trú c</w:t>
            </w:r>
            <w:r w:rsidRPr="00836B78">
              <w:rPr>
                <w:sz w:val="28"/>
                <w:szCs w:val="28"/>
              </w:rPr>
              <w:t>ủ</w:t>
            </w:r>
            <w:r w:rsidRPr="00836B78">
              <w:rPr>
                <w:sz w:val="28"/>
                <w:szCs w:val="28"/>
              </w:rPr>
              <w:t>a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 xml:space="preserve"> ngay sau k</w:t>
            </w:r>
            <w:r w:rsidRPr="00836B78">
              <w:rPr>
                <w:sz w:val="28"/>
                <w:szCs w:val="28"/>
              </w:rPr>
              <w:t>ỳ</w:t>
            </w:r>
            <w:r w:rsidRPr="00836B78">
              <w:rPr>
                <w:sz w:val="28"/>
                <w:szCs w:val="28"/>
              </w:rPr>
              <w:t xml:space="preserve"> ngh</w:t>
            </w:r>
            <w:r w:rsidRPr="00836B78">
              <w:rPr>
                <w:sz w:val="28"/>
                <w:szCs w:val="28"/>
              </w:rPr>
              <w:t>ỉ</w:t>
            </w:r>
            <w:r w:rsidRPr="00836B78">
              <w:rPr>
                <w:sz w:val="28"/>
                <w:szCs w:val="28"/>
              </w:rPr>
              <w:t xml:space="preserve">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t.</w:t>
            </w:r>
            <w:r w:rsidRPr="00836B78">
              <w:rPr>
                <w:sz w:val="28"/>
                <w:szCs w:val="28"/>
              </w:rPr>
              <w:br/>
              <w:t>- C</w:t>
            </w:r>
            <w:r w:rsidRPr="00836B78">
              <w:rPr>
                <w:sz w:val="28"/>
                <w:szCs w:val="28"/>
              </w:rPr>
              <w:t>ậ</w:t>
            </w:r>
            <w:r w:rsidRPr="00836B78">
              <w:rPr>
                <w:sz w:val="28"/>
                <w:szCs w:val="28"/>
              </w:rPr>
              <w:t>p nh</w:t>
            </w:r>
            <w:r w:rsidRPr="00836B78">
              <w:rPr>
                <w:sz w:val="28"/>
                <w:szCs w:val="28"/>
              </w:rPr>
              <w:t>ậ</w:t>
            </w:r>
            <w:r w:rsidRPr="00836B78">
              <w:rPr>
                <w:sz w:val="28"/>
                <w:szCs w:val="28"/>
              </w:rPr>
              <w:t>t, đi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>u ch</w:t>
            </w:r>
            <w:r w:rsidRPr="00836B78">
              <w:rPr>
                <w:sz w:val="28"/>
                <w:szCs w:val="28"/>
              </w:rPr>
              <w:t>ỉ</w:t>
            </w:r>
            <w:r w:rsidRPr="00836B78">
              <w:rPr>
                <w:sz w:val="28"/>
                <w:szCs w:val="28"/>
              </w:rPr>
              <w:t>nh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đơn phù h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p v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i th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i ti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sau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t.</w:t>
            </w:r>
            <w:r w:rsidRPr="00836B78">
              <w:rPr>
                <w:sz w:val="28"/>
                <w:szCs w:val="28"/>
              </w:rPr>
              <w:br/>
              <w:t>- Rà soát ngu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>n nư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c u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ng và nư</w:t>
            </w:r>
            <w:r w:rsidRPr="00836B78">
              <w:rPr>
                <w:sz w:val="28"/>
                <w:szCs w:val="28"/>
              </w:rPr>
              <w:t>ớ</w:t>
            </w:r>
            <w:r w:rsidRPr="00836B78">
              <w:rPr>
                <w:sz w:val="28"/>
                <w:szCs w:val="28"/>
              </w:rPr>
              <w:t>c sinh ho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t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các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3CCC129C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PHT ph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trách, B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trư</w:t>
            </w:r>
            <w:r w:rsidRPr="00836B78">
              <w:rPr>
                <w:sz w:val="28"/>
                <w:szCs w:val="28"/>
              </w:rPr>
              <w:t>ở</w:t>
            </w:r>
            <w:r w:rsidRPr="00836B78">
              <w:rPr>
                <w:sz w:val="28"/>
                <w:szCs w:val="28"/>
              </w:rPr>
              <w:t>ng, GVCN</w:t>
            </w:r>
          </w:p>
        </w:tc>
      </w:tr>
      <w:tr w:rsidR="0096630F" w:rsidRPr="00836B78" w14:paraId="7F3B6E5D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2A195665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3/2027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29142999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 xml:space="preserve">- Cân đo </w:t>
            </w:r>
            <w:r w:rsidRPr="00836B78">
              <w:rPr>
                <w:sz w:val="28"/>
                <w:szCs w:val="28"/>
              </w:rPr>
              <w:t>s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kh</w:t>
            </w:r>
            <w:r w:rsidRPr="00836B78">
              <w:rPr>
                <w:sz w:val="28"/>
                <w:szCs w:val="28"/>
              </w:rPr>
              <w:t>ỏ</w:t>
            </w:r>
            <w:r w:rsidRPr="00836B78">
              <w:rPr>
                <w:sz w:val="28"/>
                <w:szCs w:val="28"/>
              </w:rPr>
              <w:t>e, ch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m bi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u đ</w:t>
            </w:r>
            <w:r w:rsidRPr="00836B78">
              <w:rPr>
                <w:sz w:val="28"/>
                <w:szCs w:val="28"/>
              </w:rPr>
              <w:t>ồ</w:t>
            </w:r>
            <w:r w:rsidRPr="00836B78">
              <w:rPr>
                <w:sz w:val="28"/>
                <w:szCs w:val="28"/>
              </w:rPr>
              <w:t xml:space="preserve"> tăng trư</w:t>
            </w:r>
            <w:r w:rsidRPr="00836B78">
              <w:rPr>
                <w:sz w:val="28"/>
                <w:szCs w:val="28"/>
              </w:rPr>
              <w:t>ở</w:t>
            </w:r>
            <w:r w:rsidRPr="00836B78">
              <w:rPr>
                <w:sz w:val="28"/>
                <w:szCs w:val="28"/>
              </w:rPr>
              <w:t>ng đ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t 2 toàn trư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đ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nh k</w:t>
            </w:r>
            <w:r w:rsidRPr="00836B78">
              <w:rPr>
                <w:sz w:val="28"/>
                <w:szCs w:val="28"/>
              </w:rPr>
              <w:t>ỳ</w:t>
            </w:r>
            <w:r w:rsidRPr="00836B78">
              <w:rPr>
                <w:sz w:val="28"/>
                <w:szCs w:val="28"/>
              </w:rPr>
              <w:t xml:space="preserve"> vi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c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n quy trình b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m</w:t>
            </w:r>
            <w:r w:rsidRPr="00836B78">
              <w:rPr>
                <w:sz w:val="28"/>
                <w:szCs w:val="28"/>
              </w:rPr>
              <w:t>ộ</w:t>
            </w:r>
            <w:r w:rsidRPr="00836B78">
              <w:rPr>
                <w:sz w:val="28"/>
                <w:szCs w:val="28"/>
              </w:rPr>
              <w:t>t chi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>u và v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 xml:space="preserve"> sinh an toàn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ph</w:t>
            </w:r>
            <w:r w:rsidRPr="00836B78">
              <w:rPr>
                <w:sz w:val="28"/>
                <w:szCs w:val="28"/>
              </w:rPr>
              <w:t>ẩ</w:t>
            </w:r>
            <w:r w:rsidRPr="00836B78">
              <w:rPr>
                <w:sz w:val="28"/>
                <w:szCs w:val="28"/>
              </w:rPr>
              <w:t>m.</w:t>
            </w:r>
            <w:r w:rsidRPr="00836B78">
              <w:rPr>
                <w:sz w:val="28"/>
                <w:szCs w:val="28"/>
              </w:rPr>
              <w:br/>
            </w:r>
            <w:r w:rsidRPr="00836B78">
              <w:rPr>
                <w:sz w:val="28"/>
                <w:szCs w:val="28"/>
              </w:rPr>
              <w:lastRenderedPageBreak/>
              <w:t>- Tham v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n ý ki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n ph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huynh v</w:t>
            </w:r>
            <w:r w:rsidRPr="00836B78">
              <w:rPr>
                <w:sz w:val="28"/>
                <w:szCs w:val="28"/>
              </w:rPr>
              <w:t>ề</w:t>
            </w:r>
            <w:r w:rsidRPr="00836B78">
              <w:rPr>
                <w:sz w:val="28"/>
                <w:szCs w:val="28"/>
              </w:rPr>
              <w:t xml:space="preserve"> ch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t lư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ng b</w:t>
            </w:r>
            <w:r w:rsidRPr="00836B78">
              <w:rPr>
                <w:sz w:val="28"/>
                <w:szCs w:val="28"/>
              </w:rPr>
              <w:t>ữ</w:t>
            </w:r>
            <w:r w:rsidRPr="00836B78">
              <w:rPr>
                <w:sz w:val="28"/>
                <w:szCs w:val="28"/>
              </w:rPr>
              <w:t>a ăn c</w:t>
            </w:r>
            <w:r w:rsidRPr="00836B78">
              <w:rPr>
                <w:sz w:val="28"/>
                <w:szCs w:val="28"/>
              </w:rPr>
              <w:t>ủ</w:t>
            </w:r>
            <w:r w:rsidRPr="00836B78">
              <w:rPr>
                <w:sz w:val="28"/>
                <w:szCs w:val="28"/>
              </w:rPr>
              <w:t>a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058CA24F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lastRenderedPageBreak/>
              <w:t>PHT Bùi Th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 xml:space="preserve"> B</w:t>
            </w:r>
            <w:r w:rsidRPr="00836B78">
              <w:rPr>
                <w:sz w:val="28"/>
                <w:szCs w:val="28"/>
              </w:rPr>
              <w:t>ằ</w:t>
            </w:r>
            <w:r w:rsidRPr="00836B78">
              <w:rPr>
                <w:sz w:val="28"/>
                <w:szCs w:val="28"/>
              </w:rPr>
              <w:t>ng,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, Ban TTND</w:t>
            </w:r>
          </w:p>
        </w:tc>
      </w:tr>
      <w:tr w:rsidR="0096630F" w:rsidRPr="00836B78" w14:paraId="1B3E7067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2605D26F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 4/2027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4866AE7C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Ph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i h</w:t>
            </w:r>
            <w:r w:rsidRPr="00836B78">
              <w:rPr>
                <w:sz w:val="28"/>
                <w:szCs w:val="28"/>
              </w:rPr>
              <w:t>ợ</w:t>
            </w:r>
            <w:r w:rsidRPr="00836B78">
              <w:rPr>
                <w:sz w:val="28"/>
                <w:szCs w:val="28"/>
              </w:rPr>
              <w:t>p Tr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m 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xã khám s</w:t>
            </w:r>
            <w:r w:rsidRPr="00836B78">
              <w:rPr>
                <w:sz w:val="28"/>
                <w:szCs w:val="28"/>
              </w:rPr>
              <w:t>ứ</w:t>
            </w:r>
            <w:r w:rsidRPr="00836B78">
              <w:rPr>
                <w:sz w:val="28"/>
                <w:szCs w:val="28"/>
              </w:rPr>
              <w:t>c kh</w:t>
            </w:r>
            <w:r w:rsidRPr="00836B78">
              <w:rPr>
                <w:sz w:val="28"/>
                <w:szCs w:val="28"/>
              </w:rPr>
              <w:t>ỏ</w:t>
            </w:r>
            <w:r w:rsidRPr="00836B78">
              <w:rPr>
                <w:sz w:val="28"/>
                <w:szCs w:val="28"/>
              </w:rPr>
              <w:t>e đ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nh k</w:t>
            </w:r>
            <w:r w:rsidRPr="00836B78">
              <w:rPr>
                <w:sz w:val="28"/>
                <w:szCs w:val="28"/>
              </w:rPr>
              <w:t>ỳ</w:t>
            </w:r>
            <w:r w:rsidRPr="00836B78">
              <w:rPr>
                <w:sz w:val="28"/>
                <w:szCs w:val="28"/>
              </w:rPr>
              <w:t xml:space="preserve"> l</w:t>
            </w:r>
            <w:r w:rsidRPr="00836B78">
              <w:rPr>
                <w:sz w:val="28"/>
                <w:szCs w:val="28"/>
              </w:rPr>
              <w:t>ầ</w:t>
            </w:r>
            <w:r w:rsidRPr="00836B78">
              <w:rPr>
                <w:sz w:val="28"/>
                <w:szCs w:val="28"/>
              </w:rPr>
              <w:t>n 2 cho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  <w:r w:rsidRPr="00836B78">
              <w:rPr>
                <w:sz w:val="28"/>
                <w:szCs w:val="28"/>
              </w:rPr>
              <w:br/>
              <w:t>- Tăng cư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 công tác phòng ch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ng ng</w:t>
            </w:r>
            <w:r w:rsidRPr="00836B78">
              <w:rPr>
                <w:sz w:val="28"/>
                <w:szCs w:val="28"/>
              </w:rPr>
              <w:t>ộ</w:t>
            </w:r>
            <w:r w:rsidRPr="00836B78">
              <w:rPr>
                <w:sz w:val="28"/>
                <w:szCs w:val="28"/>
              </w:rPr>
              <w:t xml:space="preserve"> đ</w:t>
            </w:r>
            <w:r w:rsidRPr="00836B78">
              <w:rPr>
                <w:sz w:val="28"/>
                <w:szCs w:val="28"/>
              </w:rPr>
              <w:t>ộ</w:t>
            </w:r>
            <w:r w:rsidRPr="00836B78">
              <w:rPr>
                <w:sz w:val="28"/>
                <w:szCs w:val="28"/>
              </w:rPr>
              <w:t>c th</w:t>
            </w:r>
            <w:r w:rsidRPr="00836B78">
              <w:rPr>
                <w:sz w:val="28"/>
                <w:szCs w:val="28"/>
              </w:rPr>
              <w:t>ự</w:t>
            </w:r>
            <w:r w:rsidRPr="00836B78">
              <w:rPr>
                <w:sz w:val="28"/>
                <w:szCs w:val="28"/>
              </w:rPr>
              <w:t>c ph</w:t>
            </w:r>
            <w:r w:rsidRPr="00836B78">
              <w:rPr>
                <w:sz w:val="28"/>
                <w:szCs w:val="28"/>
              </w:rPr>
              <w:t>ẩ</w:t>
            </w:r>
            <w:r w:rsidRPr="00836B78">
              <w:rPr>
                <w:sz w:val="28"/>
                <w:szCs w:val="28"/>
              </w:rPr>
              <w:t>m và d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>ch b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nh mùa hè (tay chân mi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ng, s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t xu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t huy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t...).</w:t>
            </w:r>
            <w:r w:rsidRPr="00836B78">
              <w:rPr>
                <w:sz w:val="28"/>
                <w:szCs w:val="28"/>
              </w:rPr>
              <w:br/>
              <w:t>-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tra công tác bán trú t</w:t>
            </w:r>
            <w:r w:rsidRPr="00836B78">
              <w:rPr>
                <w:sz w:val="28"/>
                <w:szCs w:val="28"/>
              </w:rPr>
              <w:t>ạ</w:t>
            </w:r>
            <w:r w:rsidRPr="00836B78">
              <w:rPr>
                <w:sz w:val="28"/>
                <w:szCs w:val="28"/>
              </w:rPr>
              <w:t>i phân 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u và đi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l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>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2640B3CC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Y t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c đư</w:t>
            </w:r>
            <w:r w:rsidRPr="00836B78">
              <w:rPr>
                <w:sz w:val="28"/>
                <w:szCs w:val="28"/>
              </w:rPr>
              <w:t>ờ</w:t>
            </w:r>
            <w:r w:rsidRPr="00836B78">
              <w:rPr>
                <w:sz w:val="28"/>
                <w:szCs w:val="28"/>
              </w:rPr>
              <w:t>ng, GVCN,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 xml:space="preserve"> c</w:t>
            </w:r>
            <w:r w:rsidRPr="00836B78">
              <w:rPr>
                <w:sz w:val="28"/>
                <w:szCs w:val="28"/>
              </w:rPr>
              <w:t>ấ</w:t>
            </w:r>
            <w:r w:rsidRPr="00836B78">
              <w:rPr>
                <w:sz w:val="28"/>
                <w:szCs w:val="28"/>
              </w:rPr>
              <w:t>p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</w:t>
            </w:r>
          </w:p>
        </w:tc>
      </w:tr>
      <w:tr w:rsidR="0096630F" w:rsidRPr="00836B78" w14:paraId="3D13518A" w14:textId="77777777">
        <w:trPr>
          <w:jc w:val="center"/>
        </w:trPr>
        <w:tc>
          <w:tcPr>
            <w:tcW w:w="1701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456AEA59" w14:textId="77777777" w:rsidR="0096630F" w:rsidRPr="00836B78" w:rsidRDefault="00F02759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 w:rsidRPr="00836B78">
              <w:rPr>
                <w:b/>
                <w:sz w:val="28"/>
                <w:szCs w:val="28"/>
              </w:rPr>
              <w:t>Tháng</w:t>
            </w:r>
            <w:r w:rsidRPr="00836B78">
              <w:rPr>
                <w:b/>
                <w:sz w:val="28"/>
                <w:szCs w:val="28"/>
              </w:rPr>
              <w:t xml:space="preserve"> 5/2027</w:t>
            </w:r>
          </w:p>
        </w:tc>
        <w:tc>
          <w:tcPr>
            <w:tcW w:w="5386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31AD2463" w14:textId="77777777" w:rsidR="0096630F" w:rsidRPr="00836B78" w:rsidRDefault="00F02759" w:rsidP="00C412BB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-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>ng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công tác chăm sóc, nuôi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 và bán trú năm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c 2026 - 2027.</w:t>
            </w:r>
            <w:r w:rsidRPr="00836B78">
              <w:rPr>
                <w:sz w:val="28"/>
                <w:szCs w:val="28"/>
              </w:rPr>
              <w:br/>
              <w:t>- Đánh giá t</w:t>
            </w:r>
            <w:r w:rsidRPr="00836B78">
              <w:rPr>
                <w:sz w:val="28"/>
                <w:szCs w:val="28"/>
              </w:rPr>
              <w:t>ỷ</w:t>
            </w:r>
            <w:r w:rsidRPr="00836B78">
              <w:rPr>
                <w:sz w:val="28"/>
                <w:szCs w:val="28"/>
              </w:rPr>
              <w:t xml:space="preserve"> l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 xml:space="preserve"> tr</w:t>
            </w:r>
            <w:r w:rsidRPr="00836B78">
              <w:rPr>
                <w:sz w:val="28"/>
                <w:szCs w:val="28"/>
              </w:rPr>
              <w:t>ẻ</w:t>
            </w:r>
            <w:r w:rsidRPr="00836B78">
              <w:rPr>
                <w:sz w:val="28"/>
                <w:szCs w:val="28"/>
              </w:rPr>
              <w:t xml:space="preserve"> suy dinh dư</w:t>
            </w:r>
            <w:r w:rsidRPr="00836B78">
              <w:rPr>
                <w:sz w:val="28"/>
                <w:szCs w:val="28"/>
              </w:rPr>
              <w:t>ỡ</w:t>
            </w:r>
            <w:r w:rsidRPr="00836B78">
              <w:rPr>
                <w:sz w:val="28"/>
                <w:szCs w:val="28"/>
              </w:rPr>
              <w:t>ng, th</w:t>
            </w:r>
            <w:r w:rsidRPr="00836B78">
              <w:rPr>
                <w:sz w:val="28"/>
                <w:szCs w:val="28"/>
              </w:rPr>
              <w:t>ừ</w:t>
            </w:r>
            <w:r w:rsidRPr="00836B78">
              <w:rPr>
                <w:sz w:val="28"/>
                <w:szCs w:val="28"/>
              </w:rPr>
              <w:t>a cân, béo phì cu</w:t>
            </w:r>
            <w:r w:rsidRPr="00836B78">
              <w:rPr>
                <w:sz w:val="28"/>
                <w:szCs w:val="28"/>
              </w:rPr>
              <w:t>ố</w:t>
            </w:r>
            <w:r w:rsidRPr="00836B78">
              <w:rPr>
                <w:sz w:val="28"/>
                <w:szCs w:val="28"/>
              </w:rPr>
              <w:t>i năm h</w:t>
            </w:r>
            <w:r w:rsidRPr="00836B78">
              <w:rPr>
                <w:sz w:val="28"/>
                <w:szCs w:val="28"/>
              </w:rPr>
              <w:t>ọ</w:t>
            </w:r>
            <w:r w:rsidRPr="00836B78">
              <w:rPr>
                <w:sz w:val="28"/>
                <w:szCs w:val="28"/>
              </w:rPr>
              <w:t>c.</w:t>
            </w:r>
            <w:r w:rsidRPr="00836B78">
              <w:rPr>
                <w:sz w:val="28"/>
                <w:szCs w:val="28"/>
              </w:rPr>
              <w:br/>
              <w:t>- Quy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t toán tài chính bán trú công khai; ki</w:t>
            </w:r>
            <w:r w:rsidRPr="00836B78">
              <w:rPr>
                <w:sz w:val="28"/>
                <w:szCs w:val="28"/>
              </w:rPr>
              <w:t>ể</w:t>
            </w:r>
            <w:r w:rsidRPr="00836B78">
              <w:rPr>
                <w:sz w:val="28"/>
                <w:szCs w:val="28"/>
              </w:rPr>
              <w:t>m kê, b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>o qu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>n tài s</w:t>
            </w:r>
            <w:r w:rsidRPr="00836B78">
              <w:rPr>
                <w:sz w:val="28"/>
                <w:szCs w:val="28"/>
              </w:rPr>
              <w:t>ả</w:t>
            </w:r>
            <w:r w:rsidRPr="00836B78">
              <w:rPr>
                <w:sz w:val="28"/>
                <w:szCs w:val="28"/>
              </w:rPr>
              <w:t>n, d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>ng c</w:t>
            </w:r>
            <w:r w:rsidRPr="00836B78">
              <w:rPr>
                <w:sz w:val="28"/>
                <w:szCs w:val="28"/>
              </w:rPr>
              <w:t>ụ</w:t>
            </w:r>
            <w:r w:rsidRPr="00836B78">
              <w:rPr>
                <w:sz w:val="28"/>
                <w:szCs w:val="28"/>
              </w:rPr>
              <w:t xml:space="preserve"> b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>p hè.</w:t>
            </w:r>
          </w:p>
        </w:tc>
        <w:tc>
          <w:tcPr>
            <w:tcW w:w="226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14:paraId="5A59AB73" w14:textId="77777777" w:rsidR="0096630F" w:rsidRPr="00836B78" w:rsidRDefault="00F02759" w:rsidP="00836B78">
            <w:pPr>
              <w:spacing w:after="0" w:line="276" w:lineRule="auto"/>
              <w:rPr>
                <w:sz w:val="28"/>
                <w:szCs w:val="28"/>
              </w:rPr>
            </w:pPr>
            <w:r w:rsidRPr="00836B78">
              <w:rPr>
                <w:sz w:val="28"/>
                <w:szCs w:val="28"/>
              </w:rPr>
              <w:t>Hi</w:t>
            </w:r>
            <w:r w:rsidRPr="00836B78">
              <w:rPr>
                <w:sz w:val="28"/>
                <w:szCs w:val="28"/>
              </w:rPr>
              <w:t>ệ</w:t>
            </w:r>
            <w:r w:rsidRPr="00836B78">
              <w:rPr>
                <w:sz w:val="28"/>
                <w:szCs w:val="28"/>
              </w:rPr>
              <w:t>u trư</w:t>
            </w:r>
            <w:r w:rsidRPr="00836B78">
              <w:rPr>
                <w:sz w:val="28"/>
                <w:szCs w:val="28"/>
              </w:rPr>
              <w:t>ở</w:t>
            </w:r>
            <w:r w:rsidRPr="00836B78">
              <w:rPr>
                <w:sz w:val="28"/>
                <w:szCs w:val="28"/>
              </w:rPr>
              <w:t xml:space="preserve">ng, PHT Bùi </w:t>
            </w:r>
            <w:r w:rsidRPr="00836B78">
              <w:rPr>
                <w:sz w:val="28"/>
                <w:szCs w:val="28"/>
              </w:rPr>
              <w:t>Th</w:t>
            </w:r>
            <w:r w:rsidRPr="00836B78">
              <w:rPr>
                <w:sz w:val="28"/>
                <w:szCs w:val="28"/>
              </w:rPr>
              <w:t>ị</w:t>
            </w:r>
            <w:r w:rsidRPr="00836B78">
              <w:rPr>
                <w:sz w:val="28"/>
                <w:szCs w:val="28"/>
              </w:rPr>
              <w:t xml:space="preserve"> B</w:t>
            </w:r>
            <w:r w:rsidRPr="00836B78">
              <w:rPr>
                <w:sz w:val="28"/>
                <w:szCs w:val="28"/>
              </w:rPr>
              <w:t>ằ</w:t>
            </w:r>
            <w:r w:rsidRPr="00836B78">
              <w:rPr>
                <w:sz w:val="28"/>
                <w:szCs w:val="28"/>
              </w:rPr>
              <w:t>ng, K</w:t>
            </w:r>
            <w:r w:rsidRPr="00836B78">
              <w:rPr>
                <w:sz w:val="28"/>
                <w:szCs w:val="28"/>
              </w:rPr>
              <w:t>ế</w:t>
            </w:r>
            <w:r w:rsidRPr="00836B78">
              <w:rPr>
                <w:sz w:val="28"/>
                <w:szCs w:val="28"/>
              </w:rPr>
              <w:t xml:space="preserve"> toán, T</w:t>
            </w:r>
            <w:r w:rsidRPr="00836B78">
              <w:rPr>
                <w:sz w:val="28"/>
                <w:szCs w:val="28"/>
              </w:rPr>
              <w:t>ổ</w:t>
            </w:r>
            <w:r w:rsidRPr="00836B78">
              <w:rPr>
                <w:sz w:val="28"/>
                <w:szCs w:val="28"/>
              </w:rPr>
              <w:t xml:space="preserve"> nuôi</w:t>
            </w:r>
          </w:p>
        </w:tc>
      </w:tr>
    </w:tbl>
    <w:p w14:paraId="20A6EFDC" w14:textId="77777777" w:rsidR="00C412BB" w:rsidRDefault="00C412BB" w:rsidP="00C412BB">
      <w:pPr>
        <w:keepNext/>
        <w:spacing w:after="0" w:line="276" w:lineRule="auto"/>
        <w:ind w:firstLine="567"/>
        <w:rPr>
          <w:b/>
          <w:sz w:val="28"/>
          <w:szCs w:val="28"/>
        </w:rPr>
      </w:pPr>
    </w:p>
    <w:p w14:paraId="292BF127" w14:textId="1D6757FB" w:rsidR="0096630F" w:rsidRPr="00836B78" w:rsidRDefault="00F02759" w:rsidP="00C412BB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V. T</w:t>
      </w:r>
      <w:r w:rsidRPr="00836B78">
        <w:rPr>
          <w:b/>
          <w:sz w:val="28"/>
          <w:szCs w:val="28"/>
        </w:rPr>
        <w:t>Ổ</w:t>
      </w:r>
      <w:r w:rsidRPr="00836B78">
        <w:rPr>
          <w:b/>
          <w:sz w:val="28"/>
          <w:szCs w:val="28"/>
        </w:rPr>
        <w:t xml:space="preserve"> CH</w:t>
      </w:r>
      <w:r w:rsidRPr="00836B78">
        <w:rPr>
          <w:b/>
          <w:sz w:val="28"/>
          <w:szCs w:val="28"/>
        </w:rPr>
        <w:t>Ứ</w:t>
      </w:r>
      <w:r w:rsidRPr="00836B78">
        <w:rPr>
          <w:b/>
          <w:sz w:val="28"/>
          <w:szCs w:val="28"/>
        </w:rPr>
        <w:t>C TH</w:t>
      </w:r>
      <w:r w:rsidRPr="00836B78">
        <w:rPr>
          <w:b/>
          <w:sz w:val="28"/>
          <w:szCs w:val="28"/>
        </w:rPr>
        <w:t>Ự</w:t>
      </w:r>
      <w:r w:rsidRPr="00836B78">
        <w:rPr>
          <w:b/>
          <w:sz w:val="28"/>
          <w:szCs w:val="28"/>
        </w:rPr>
        <w:t>C HI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N</w:t>
      </w:r>
    </w:p>
    <w:p w14:paraId="15CF2CBA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1. Phó Hi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u trư</w:t>
      </w:r>
      <w:r w:rsidRPr="00836B78">
        <w:rPr>
          <w:b/>
          <w:sz w:val="28"/>
          <w:szCs w:val="28"/>
        </w:rPr>
        <w:t>ở</w:t>
      </w:r>
      <w:r w:rsidRPr="00836B78">
        <w:rPr>
          <w:b/>
          <w:sz w:val="28"/>
          <w:szCs w:val="28"/>
        </w:rPr>
        <w:t>ng ph</w:t>
      </w:r>
      <w:r w:rsidRPr="00836B78">
        <w:rPr>
          <w:b/>
          <w:sz w:val="28"/>
          <w:szCs w:val="28"/>
        </w:rPr>
        <w:t>ụ</w:t>
      </w:r>
      <w:r w:rsidRPr="00836B78">
        <w:rPr>
          <w:b/>
          <w:sz w:val="28"/>
          <w:szCs w:val="28"/>
        </w:rPr>
        <w:t xml:space="preserve"> trách bán trú (Đ/c Bùi Th</w:t>
      </w:r>
      <w:r w:rsidRPr="00836B78">
        <w:rPr>
          <w:b/>
          <w:sz w:val="28"/>
          <w:szCs w:val="28"/>
        </w:rPr>
        <w:t>ị</w:t>
      </w:r>
      <w:r w:rsidRPr="00836B78">
        <w:rPr>
          <w:b/>
          <w:sz w:val="28"/>
          <w:szCs w:val="28"/>
        </w:rPr>
        <w:t xml:space="preserve"> B</w:t>
      </w:r>
      <w:r w:rsidRPr="00836B78">
        <w:rPr>
          <w:b/>
          <w:sz w:val="28"/>
          <w:szCs w:val="28"/>
        </w:rPr>
        <w:t>ằ</w:t>
      </w:r>
      <w:r w:rsidRPr="00836B78">
        <w:rPr>
          <w:b/>
          <w:sz w:val="28"/>
          <w:szCs w:val="28"/>
        </w:rPr>
        <w:t>ng)</w:t>
      </w:r>
    </w:p>
    <w:p w14:paraId="47F3A0F4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Ch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u trách nhi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m tr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trư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và cơ quan qu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 lý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trên v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toàn b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công tác chăm sóc, nuôi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và ăn bán trú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420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 toàn</w:t>
      </w:r>
      <w:r w:rsidRPr="00836B78">
        <w:rPr>
          <w:sz w:val="28"/>
          <w:szCs w:val="28"/>
        </w:rPr>
        <w:t xml:space="preserve">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ng.</w:t>
      </w:r>
    </w:p>
    <w:p w14:paraId="6872921F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Ch</w:t>
      </w:r>
      <w:r w:rsidRPr="00836B78">
        <w:rPr>
          <w:sz w:val="28"/>
          <w:szCs w:val="28"/>
        </w:rPr>
        <w:t>ỉ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o xây d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đơn, tính toán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kh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u ph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n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theo chu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 khoa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c; phân công nhi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m v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cho nhân viên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ng.</w:t>
      </w:r>
    </w:p>
    <w:p w14:paraId="0E5C952B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xuyên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tra, giám sát ch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m, quy trình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m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t chi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u,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3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v</w:t>
      </w:r>
      <w:r w:rsidRPr="00836B78">
        <w:rPr>
          <w:sz w:val="28"/>
          <w:szCs w:val="28"/>
        </w:rPr>
        <w:t>à lưu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chính, 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và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l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thôn 9,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n.</w:t>
      </w:r>
    </w:p>
    <w:p w14:paraId="10D3474D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Ch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x</w:t>
      </w:r>
      <w:r w:rsidRPr="00836B78">
        <w:rPr>
          <w:sz w:val="28"/>
          <w:szCs w:val="28"/>
        </w:rPr>
        <w:t>ử</w:t>
      </w:r>
      <w:r w:rsidRPr="00836B78">
        <w:rPr>
          <w:sz w:val="28"/>
          <w:szCs w:val="28"/>
        </w:rPr>
        <w:t xml:space="preserve"> lý ho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c báo cáo k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p th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i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nh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ng phát sinh trong quá trình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bán trú.</w:t>
      </w:r>
    </w:p>
    <w:p w14:paraId="1462FCB0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2. Nhân viên Y t</w:t>
      </w:r>
      <w:r w:rsidRPr="00836B78">
        <w:rPr>
          <w:b/>
          <w:sz w:val="28"/>
          <w:szCs w:val="28"/>
        </w:rPr>
        <w:t>ế</w:t>
      </w:r>
      <w:r w:rsidRPr="00836B78">
        <w:rPr>
          <w:b/>
          <w:sz w:val="28"/>
          <w:szCs w:val="28"/>
        </w:rPr>
        <w:t xml:space="preserve"> h</w:t>
      </w:r>
      <w:r w:rsidRPr="00836B78">
        <w:rPr>
          <w:b/>
          <w:sz w:val="28"/>
          <w:szCs w:val="28"/>
        </w:rPr>
        <w:t>ọ</w:t>
      </w:r>
      <w:r w:rsidRPr="00836B78">
        <w:rPr>
          <w:b/>
          <w:sz w:val="28"/>
          <w:szCs w:val="28"/>
        </w:rPr>
        <w:t>c đư</w:t>
      </w:r>
      <w:r w:rsidRPr="00836B78">
        <w:rPr>
          <w:b/>
          <w:sz w:val="28"/>
          <w:szCs w:val="28"/>
        </w:rPr>
        <w:t>ờ</w:t>
      </w:r>
      <w:r w:rsidRPr="00836B78">
        <w:rPr>
          <w:b/>
          <w:sz w:val="28"/>
          <w:szCs w:val="28"/>
        </w:rPr>
        <w:t>ng</w:t>
      </w:r>
    </w:p>
    <w:p w14:paraId="3484A9C1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Giám sát ch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 xml:space="preserve"> các đi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u ki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an toàn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c </w:t>
      </w:r>
      <w:r w:rsidRPr="00836B78">
        <w:rPr>
          <w:sz w:val="28"/>
          <w:szCs w:val="28"/>
        </w:rPr>
        <w:t>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m, ngu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n nư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s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sinh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t theo Thông tư 52/2024/TT-BYT.</w:t>
      </w:r>
    </w:p>
    <w:p w14:paraId="60712555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 quy trình ki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3 bư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c và lưu m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u th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ăn; hư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n nhân viên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p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đúng quy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h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lao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và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cá nhân.</w:t>
      </w:r>
    </w:p>
    <w:p w14:paraId="6FB20E02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Qu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 lý 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sơ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e, 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</w:t>
      </w:r>
      <w:r w:rsidRPr="00836B78">
        <w:rPr>
          <w:sz w:val="28"/>
          <w:szCs w:val="28"/>
        </w:rPr>
        <w:t>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khám s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kh</w:t>
      </w:r>
      <w:r w:rsidRPr="00836B78">
        <w:rPr>
          <w:sz w:val="28"/>
          <w:szCs w:val="28"/>
        </w:rPr>
        <w:t>ỏ</w:t>
      </w:r>
      <w:r w:rsidRPr="00836B78">
        <w:rPr>
          <w:sz w:val="28"/>
          <w:szCs w:val="28"/>
        </w:rPr>
        <w:t>e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k</w:t>
      </w:r>
      <w:r w:rsidRPr="00836B78">
        <w:rPr>
          <w:sz w:val="28"/>
          <w:szCs w:val="28"/>
        </w:rPr>
        <w:t>ỳ</w:t>
      </w:r>
      <w:r w:rsidRPr="00836B78">
        <w:rPr>
          <w:sz w:val="28"/>
          <w:szCs w:val="28"/>
        </w:rPr>
        <w:t xml:space="preserve"> và theo dõi bi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u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tăng trư</w:t>
      </w:r>
      <w:r w:rsidRPr="00836B78">
        <w:rPr>
          <w:sz w:val="28"/>
          <w:szCs w:val="28"/>
        </w:rPr>
        <w:t>ở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100%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sinh.</w:t>
      </w:r>
    </w:p>
    <w:p w14:paraId="1CD064A8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3. B</w:t>
      </w:r>
      <w:r w:rsidRPr="00836B78">
        <w:rPr>
          <w:b/>
          <w:sz w:val="28"/>
          <w:szCs w:val="28"/>
        </w:rPr>
        <w:t>ộ</w:t>
      </w:r>
      <w:r w:rsidRPr="00836B78">
        <w:rPr>
          <w:b/>
          <w:sz w:val="28"/>
          <w:szCs w:val="28"/>
        </w:rPr>
        <w:t xml:space="preserve"> ph</w:t>
      </w:r>
      <w:r w:rsidRPr="00836B78">
        <w:rPr>
          <w:b/>
          <w:sz w:val="28"/>
          <w:szCs w:val="28"/>
        </w:rPr>
        <w:t>ậ</w:t>
      </w:r>
      <w:r w:rsidRPr="00836B78">
        <w:rPr>
          <w:b/>
          <w:sz w:val="28"/>
          <w:szCs w:val="28"/>
        </w:rPr>
        <w:t>n K</w:t>
      </w:r>
      <w:r w:rsidRPr="00836B78">
        <w:rPr>
          <w:b/>
          <w:sz w:val="28"/>
          <w:szCs w:val="28"/>
        </w:rPr>
        <w:t>ế</w:t>
      </w:r>
      <w:r w:rsidRPr="00836B78">
        <w:rPr>
          <w:b/>
          <w:sz w:val="28"/>
          <w:szCs w:val="28"/>
        </w:rPr>
        <w:t xml:space="preserve"> toán - Tài v</w:t>
      </w:r>
      <w:r w:rsidRPr="00836B78">
        <w:rPr>
          <w:b/>
          <w:sz w:val="28"/>
          <w:szCs w:val="28"/>
        </w:rPr>
        <w:t>ụ</w:t>
      </w:r>
    </w:p>
    <w:p w14:paraId="01B23350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Cân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thu chi ti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n ăn bán trú đúng quy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nh,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 calo và cơ c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u dinh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trên su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 ăn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sinh.</w:t>
      </w:r>
    </w:p>
    <w:p w14:paraId="2C6732F8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 xml:space="preserve">ng </w:t>
      </w:r>
      <w:r w:rsidRPr="00836B78">
        <w:rPr>
          <w:sz w:val="28"/>
          <w:szCs w:val="28"/>
        </w:rPr>
        <w:t>t</w:t>
      </w:r>
      <w:r w:rsidRPr="00836B78">
        <w:rPr>
          <w:sz w:val="28"/>
          <w:szCs w:val="28"/>
        </w:rPr>
        <w:t>ừ</w:t>
      </w:r>
      <w:r w:rsidRPr="00836B78">
        <w:rPr>
          <w:sz w:val="28"/>
          <w:szCs w:val="28"/>
        </w:rPr>
        <w:t xml:space="preserve"> thanh quy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t toán công khai, minh b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ch, lưu tr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 xml:space="preserve"> 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sơ s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sách theo quy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tài chính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hành.</w:t>
      </w:r>
    </w:p>
    <w:p w14:paraId="0E1B22B3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lastRenderedPageBreak/>
        <w:t>4. Nhân viên C</w:t>
      </w:r>
      <w:r w:rsidRPr="00836B78">
        <w:rPr>
          <w:b/>
          <w:sz w:val="28"/>
          <w:szCs w:val="28"/>
        </w:rPr>
        <w:t>ấ</w:t>
      </w:r>
      <w:r w:rsidRPr="00836B78">
        <w:rPr>
          <w:b/>
          <w:sz w:val="28"/>
          <w:szCs w:val="28"/>
        </w:rPr>
        <w:t>p dư</w:t>
      </w:r>
      <w:r w:rsidRPr="00836B78">
        <w:rPr>
          <w:b/>
          <w:sz w:val="28"/>
          <w:szCs w:val="28"/>
        </w:rPr>
        <w:t>ỡ</w:t>
      </w:r>
      <w:r w:rsidRPr="00836B78">
        <w:rPr>
          <w:b/>
          <w:sz w:val="28"/>
          <w:szCs w:val="28"/>
        </w:rPr>
        <w:t>ng</w:t>
      </w:r>
    </w:p>
    <w:p w14:paraId="420EE5E6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nghiêm túc n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i quy nhà b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p, mang đ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y đ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 xml:space="preserve"> trang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h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 xml:space="preserve"> lao đ</w:t>
      </w:r>
      <w:r w:rsidRPr="00836B78">
        <w:rPr>
          <w:sz w:val="28"/>
          <w:szCs w:val="28"/>
        </w:rPr>
        <w:t>ộ</w:t>
      </w:r>
      <w:r w:rsidRPr="00836B78">
        <w:rPr>
          <w:sz w:val="28"/>
          <w:szCs w:val="28"/>
        </w:rPr>
        <w:t>ng (t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p d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>, kh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u trang, găng tay, mũ trùm tóc).</w:t>
      </w:r>
    </w:p>
    <w:p w14:paraId="50967D39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 xml:space="preserve">n và </w:t>
      </w:r>
      <w:r w:rsidRPr="00836B78">
        <w:rPr>
          <w:sz w:val="28"/>
          <w:szCs w:val="28"/>
        </w:rPr>
        <w:t>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ph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m tươi ngon, đúng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đơn, đúng đ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>nh lư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ng,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k</w:t>
      </w:r>
      <w:r w:rsidRPr="00836B78">
        <w:rPr>
          <w:sz w:val="28"/>
          <w:szCs w:val="28"/>
        </w:rPr>
        <w:t>ỹ</w:t>
      </w:r>
      <w:r w:rsidRPr="00836B78">
        <w:rPr>
          <w:sz w:val="28"/>
          <w:szCs w:val="28"/>
        </w:rPr>
        <w:t xml:space="preserve"> thu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an toàn,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kh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u v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 xml:space="preserve">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.</w:t>
      </w:r>
    </w:p>
    <w:p w14:paraId="384ED74A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 s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s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 xml:space="preserve"> khu v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b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p, d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bi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và đ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 dùng ăn u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ng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hàng ngày.</w:t>
      </w:r>
    </w:p>
    <w:p w14:paraId="43A5F4B8" w14:textId="77777777" w:rsidR="0096630F" w:rsidRPr="00836B78" w:rsidRDefault="00F02759" w:rsidP="00836B78">
      <w:pPr>
        <w:keepNext/>
        <w:spacing w:after="0" w:line="276" w:lineRule="auto"/>
        <w:ind w:firstLine="567"/>
        <w:rPr>
          <w:sz w:val="28"/>
          <w:szCs w:val="28"/>
        </w:rPr>
      </w:pPr>
      <w:r w:rsidRPr="00836B78">
        <w:rPr>
          <w:b/>
          <w:sz w:val="28"/>
          <w:szCs w:val="28"/>
        </w:rPr>
        <w:t>5. Giáo viên ch</w:t>
      </w:r>
      <w:r w:rsidRPr="00836B78">
        <w:rPr>
          <w:b/>
          <w:sz w:val="28"/>
          <w:szCs w:val="28"/>
        </w:rPr>
        <w:t>ủ</w:t>
      </w:r>
      <w:r w:rsidRPr="00836B78">
        <w:rPr>
          <w:b/>
          <w:sz w:val="28"/>
          <w:szCs w:val="28"/>
        </w:rPr>
        <w:t xml:space="preserve"> nhi</w:t>
      </w:r>
      <w:r w:rsidRPr="00836B78">
        <w:rPr>
          <w:b/>
          <w:sz w:val="28"/>
          <w:szCs w:val="28"/>
        </w:rPr>
        <w:t>ệ</w:t>
      </w:r>
      <w:r w:rsidRPr="00836B78">
        <w:rPr>
          <w:b/>
          <w:sz w:val="28"/>
          <w:szCs w:val="28"/>
        </w:rPr>
        <w:t>m các l</w:t>
      </w:r>
      <w:r w:rsidRPr="00836B78">
        <w:rPr>
          <w:b/>
          <w:sz w:val="28"/>
          <w:szCs w:val="28"/>
        </w:rPr>
        <w:t>ớ</w:t>
      </w:r>
      <w:r w:rsidRPr="00836B78">
        <w:rPr>
          <w:b/>
          <w:sz w:val="28"/>
          <w:szCs w:val="28"/>
        </w:rPr>
        <w:t>p</w:t>
      </w:r>
    </w:p>
    <w:p w14:paraId="50AA1195" w14:textId="68478CAD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chính (8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p: Lá 1, Lá 2, Lá 3,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i 1,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>i 2,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1,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2,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3) và Phân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u (5 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 xml:space="preserve">p: Lá </w:t>
      </w:r>
      <w:r w:rsidR="0087063A">
        <w:rPr>
          <w:sz w:val="28"/>
          <w:szCs w:val="28"/>
        </w:rPr>
        <w:t>1</w:t>
      </w:r>
      <w:r w:rsidRPr="00836B78">
        <w:rPr>
          <w:sz w:val="28"/>
          <w:szCs w:val="28"/>
        </w:rPr>
        <w:t>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i </w:t>
      </w:r>
      <w:r w:rsidR="0087063A">
        <w:rPr>
          <w:sz w:val="28"/>
          <w:szCs w:val="28"/>
        </w:rPr>
        <w:t>1</w:t>
      </w:r>
      <w:r w:rsidRPr="00836B78">
        <w:rPr>
          <w:sz w:val="28"/>
          <w:szCs w:val="28"/>
        </w:rPr>
        <w:t>, Ch</w:t>
      </w:r>
      <w:r w:rsidRPr="00836B78">
        <w:rPr>
          <w:sz w:val="28"/>
          <w:szCs w:val="28"/>
        </w:rPr>
        <w:t>ồ</w:t>
      </w:r>
      <w:r w:rsidRPr="00836B78">
        <w:rPr>
          <w:sz w:val="28"/>
          <w:szCs w:val="28"/>
        </w:rPr>
        <w:t xml:space="preserve">i </w:t>
      </w:r>
      <w:r w:rsidR="0087063A">
        <w:rPr>
          <w:sz w:val="28"/>
          <w:szCs w:val="28"/>
        </w:rPr>
        <w:t>2</w:t>
      </w:r>
      <w:r w:rsidRPr="00836B78">
        <w:rPr>
          <w:sz w:val="28"/>
          <w:szCs w:val="28"/>
        </w:rPr>
        <w:t>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 xml:space="preserve">m </w:t>
      </w:r>
      <w:r w:rsidR="0087063A">
        <w:rPr>
          <w:sz w:val="28"/>
          <w:szCs w:val="28"/>
        </w:rPr>
        <w:t>1</w:t>
      </w:r>
      <w:r w:rsidRPr="00836B78">
        <w:rPr>
          <w:sz w:val="28"/>
          <w:szCs w:val="28"/>
        </w:rPr>
        <w:t>, Nhà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): Chu</w:t>
      </w:r>
      <w:r w:rsidRPr="00836B78">
        <w:rPr>
          <w:sz w:val="28"/>
          <w:szCs w:val="28"/>
        </w:rPr>
        <w:t>ẩ</w:t>
      </w:r>
      <w:r w:rsidRPr="00836B78">
        <w:rPr>
          <w:sz w:val="28"/>
          <w:szCs w:val="28"/>
        </w:rPr>
        <w:t>n b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 xml:space="preserve"> chu đáo phòng ăn, phòng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;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gi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 xml:space="preserve"> ăn vui v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, hư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ng d</w:t>
      </w:r>
      <w:r w:rsidRPr="00836B78">
        <w:rPr>
          <w:sz w:val="28"/>
          <w:szCs w:val="28"/>
        </w:rPr>
        <w:t>ẫ</w:t>
      </w:r>
      <w:r w:rsidRPr="00836B78">
        <w:rPr>
          <w:sz w:val="28"/>
          <w:szCs w:val="28"/>
        </w:rPr>
        <w:t>n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văn hóa t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 xml:space="preserve">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>c v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và gi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 xml:space="preserve"> v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 xml:space="preserve"> sinh.</w:t>
      </w:r>
    </w:p>
    <w:p w14:paraId="277159B2" w14:textId="6EA00CCC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Thôn 9 (l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p Lá</w:t>
      </w:r>
      <w:r w:rsidRPr="00836B78">
        <w:rPr>
          <w:sz w:val="28"/>
          <w:szCs w:val="28"/>
        </w:rPr>
        <w:t xml:space="preserve"> 6) và Thôn Nam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n (l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 xml:space="preserve">p Lá </w:t>
      </w:r>
      <w:r w:rsidR="0087063A">
        <w:rPr>
          <w:sz w:val="28"/>
          <w:szCs w:val="28"/>
        </w:rPr>
        <w:t>2</w:t>
      </w:r>
      <w:r w:rsidRPr="00836B78">
        <w:rPr>
          <w:sz w:val="28"/>
          <w:szCs w:val="28"/>
        </w:rPr>
        <w:t>,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 xml:space="preserve">m </w:t>
      </w:r>
      <w:r w:rsidR="0087063A">
        <w:rPr>
          <w:sz w:val="28"/>
          <w:szCs w:val="28"/>
        </w:rPr>
        <w:t>2</w:t>
      </w:r>
      <w:r w:rsidRPr="00836B78">
        <w:rPr>
          <w:sz w:val="28"/>
          <w:szCs w:val="28"/>
        </w:rPr>
        <w:t>): 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ch</w:t>
      </w:r>
      <w:r w:rsidRPr="00836B78">
        <w:rPr>
          <w:sz w:val="28"/>
          <w:szCs w:val="28"/>
        </w:rPr>
        <w:t>ặ</w:t>
      </w:r>
      <w:r w:rsidRPr="00836B78">
        <w:rPr>
          <w:sz w:val="28"/>
          <w:szCs w:val="28"/>
        </w:rPr>
        <w:t>t ch</w:t>
      </w:r>
      <w:r w:rsidRPr="00836B78">
        <w:rPr>
          <w:sz w:val="28"/>
          <w:szCs w:val="28"/>
        </w:rPr>
        <w:t>ẽ</w:t>
      </w:r>
      <w:r w:rsidRPr="00836B78">
        <w:rPr>
          <w:sz w:val="28"/>
          <w:szCs w:val="28"/>
        </w:rPr>
        <w:t xml:space="preserve"> vi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c ti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>p nh</w:t>
      </w:r>
      <w:r w:rsidRPr="00836B78">
        <w:rPr>
          <w:sz w:val="28"/>
          <w:szCs w:val="28"/>
        </w:rPr>
        <w:t>ậ</w:t>
      </w:r>
      <w:r w:rsidRPr="00836B78">
        <w:rPr>
          <w:sz w:val="28"/>
          <w:szCs w:val="28"/>
        </w:rPr>
        <w:t>n,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qu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n và chăm sóc b</w:t>
      </w:r>
      <w:r w:rsidRPr="00836B78">
        <w:rPr>
          <w:sz w:val="28"/>
          <w:szCs w:val="28"/>
        </w:rPr>
        <w:t>ữ</w:t>
      </w:r>
      <w:r w:rsidRPr="00836B78">
        <w:rPr>
          <w:sz w:val="28"/>
          <w:szCs w:val="28"/>
        </w:rPr>
        <w:t>a ăn cho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t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i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l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>, đ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m b</w:t>
      </w:r>
      <w:r w:rsidRPr="00836B78">
        <w:rPr>
          <w:sz w:val="28"/>
          <w:szCs w:val="28"/>
        </w:rPr>
        <w:t>ả</w:t>
      </w:r>
      <w:r w:rsidRPr="00836B78">
        <w:rPr>
          <w:sz w:val="28"/>
          <w:szCs w:val="28"/>
        </w:rPr>
        <w:t>o an toàn tuy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t đ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i.</w:t>
      </w:r>
    </w:p>
    <w:p w14:paraId="428ACFF7" w14:textId="77777777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 xml:space="preserve">- </w:t>
      </w:r>
      <w:r w:rsidRPr="00836B78">
        <w:rPr>
          <w:sz w:val="28"/>
          <w:szCs w:val="28"/>
        </w:rPr>
        <w:t>Thư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xuyên trao đ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>i v</w:t>
      </w:r>
      <w:r w:rsidRPr="00836B78">
        <w:rPr>
          <w:sz w:val="28"/>
          <w:szCs w:val="28"/>
        </w:rPr>
        <w:t>ớ</w:t>
      </w:r>
      <w:r w:rsidRPr="00836B78">
        <w:rPr>
          <w:sz w:val="28"/>
          <w:szCs w:val="28"/>
        </w:rPr>
        <w:t>i ph</w:t>
      </w:r>
      <w:r w:rsidRPr="00836B78">
        <w:rPr>
          <w:sz w:val="28"/>
          <w:szCs w:val="28"/>
        </w:rPr>
        <w:t>ụ</w:t>
      </w:r>
      <w:r w:rsidRPr="00836B78">
        <w:rPr>
          <w:sz w:val="28"/>
          <w:szCs w:val="28"/>
        </w:rPr>
        <w:t xml:space="preserve"> huynh v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tình hình ăn ng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, phát tri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th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l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</w:t>
      </w:r>
      <w:r w:rsidRPr="00836B78">
        <w:rPr>
          <w:sz w:val="28"/>
          <w:szCs w:val="28"/>
        </w:rPr>
        <w:t>ẻ</w:t>
      </w:r>
      <w:r w:rsidRPr="00836B78">
        <w:rPr>
          <w:sz w:val="28"/>
          <w:szCs w:val="28"/>
        </w:rPr>
        <w:t xml:space="preserve"> đ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 xml:space="preserve"> có bi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 pháp ph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i</w:t>
      </w:r>
      <w:r w:rsidRPr="00836B78">
        <w:rPr>
          <w:sz w:val="28"/>
          <w:szCs w:val="28"/>
        </w:rPr>
        <w:t xml:space="preserve"> h</w:t>
      </w:r>
      <w:r w:rsidRPr="00836B78">
        <w:rPr>
          <w:sz w:val="28"/>
          <w:szCs w:val="28"/>
        </w:rPr>
        <w:t>ợ</w:t>
      </w:r>
      <w:r w:rsidRPr="00836B78">
        <w:rPr>
          <w:sz w:val="28"/>
          <w:szCs w:val="28"/>
        </w:rPr>
        <w:t>p chăm sóc t</w:t>
      </w:r>
      <w:r w:rsidRPr="00836B78">
        <w:rPr>
          <w:sz w:val="28"/>
          <w:szCs w:val="28"/>
        </w:rPr>
        <w:t>ố</w:t>
      </w:r>
      <w:r w:rsidRPr="00836B78">
        <w:rPr>
          <w:sz w:val="28"/>
          <w:szCs w:val="28"/>
        </w:rPr>
        <w:t>t nh</w:t>
      </w:r>
      <w:r w:rsidRPr="00836B78">
        <w:rPr>
          <w:sz w:val="28"/>
          <w:szCs w:val="28"/>
        </w:rPr>
        <w:t>ấ</w:t>
      </w:r>
      <w:r w:rsidRPr="00836B78">
        <w:rPr>
          <w:sz w:val="28"/>
          <w:szCs w:val="28"/>
        </w:rPr>
        <w:t>t.</w:t>
      </w:r>
    </w:p>
    <w:p w14:paraId="62590973" w14:textId="5C78F8F6" w:rsidR="0096630F" w:rsidRPr="00836B78" w:rsidRDefault="00F02759" w:rsidP="00836B78">
      <w:pPr>
        <w:spacing w:after="0" w:line="276" w:lineRule="auto"/>
        <w:ind w:firstLine="567"/>
        <w:jc w:val="both"/>
        <w:rPr>
          <w:sz w:val="28"/>
          <w:szCs w:val="28"/>
        </w:rPr>
      </w:pPr>
      <w:r w:rsidRPr="00836B78">
        <w:rPr>
          <w:sz w:val="28"/>
          <w:szCs w:val="28"/>
        </w:rPr>
        <w:t>Trên đây là K</w:t>
      </w:r>
      <w:r w:rsidRPr="00836B78">
        <w:rPr>
          <w:sz w:val="28"/>
          <w:szCs w:val="28"/>
        </w:rPr>
        <w:t>ế</w:t>
      </w:r>
      <w:r w:rsidRPr="00836B78">
        <w:rPr>
          <w:sz w:val="28"/>
          <w:szCs w:val="28"/>
        </w:rPr>
        <w:t xml:space="preserve"> ho</w:t>
      </w:r>
      <w:r w:rsidRPr="00836B78">
        <w:rPr>
          <w:sz w:val="28"/>
          <w:szCs w:val="28"/>
        </w:rPr>
        <w:t>ạ</w:t>
      </w:r>
      <w:r w:rsidRPr="00836B78">
        <w:rPr>
          <w:sz w:val="28"/>
          <w:szCs w:val="28"/>
        </w:rPr>
        <w:t>ch công tác chăm sóc, nuôi dư</w:t>
      </w:r>
      <w:r w:rsidRPr="00836B78">
        <w:rPr>
          <w:sz w:val="28"/>
          <w:szCs w:val="28"/>
        </w:rPr>
        <w:t>ỡ</w:t>
      </w:r>
      <w:r w:rsidRPr="00836B78">
        <w:rPr>
          <w:sz w:val="28"/>
          <w:szCs w:val="28"/>
        </w:rPr>
        <w:t>ng và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</w:t>
      </w:r>
      <w:r w:rsidRPr="00836B78">
        <w:rPr>
          <w:sz w:val="28"/>
          <w:szCs w:val="28"/>
        </w:rPr>
        <w:t>ứ</w:t>
      </w:r>
      <w:r w:rsidRPr="00836B78">
        <w:rPr>
          <w:sz w:val="28"/>
          <w:szCs w:val="28"/>
        </w:rPr>
        <w:t>c bán trú năm h</w:t>
      </w:r>
      <w:r w:rsidRPr="00836B78">
        <w:rPr>
          <w:sz w:val="28"/>
          <w:szCs w:val="28"/>
        </w:rPr>
        <w:t>ọ</w:t>
      </w:r>
      <w:r w:rsidRPr="00836B78">
        <w:rPr>
          <w:sz w:val="28"/>
          <w:szCs w:val="28"/>
        </w:rPr>
        <w:t>c 2026 - 2027 c</w:t>
      </w:r>
      <w:r w:rsidRPr="00836B78">
        <w:rPr>
          <w:sz w:val="28"/>
          <w:szCs w:val="28"/>
        </w:rPr>
        <w:t>ủ</w:t>
      </w:r>
      <w:r w:rsidRPr="00836B78">
        <w:rPr>
          <w:sz w:val="28"/>
          <w:szCs w:val="28"/>
        </w:rPr>
        <w:t>a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M</w:t>
      </w:r>
      <w:r w:rsidRPr="00836B78">
        <w:rPr>
          <w:sz w:val="28"/>
          <w:szCs w:val="28"/>
        </w:rPr>
        <w:t>ầ</w:t>
      </w:r>
      <w:r w:rsidRPr="00836B78">
        <w:rPr>
          <w:sz w:val="28"/>
          <w:szCs w:val="28"/>
        </w:rPr>
        <w:t>m non Đ</w:t>
      </w:r>
      <w:r w:rsidRPr="00836B78">
        <w:rPr>
          <w:sz w:val="28"/>
          <w:szCs w:val="28"/>
        </w:rPr>
        <w:t>ắ</w:t>
      </w:r>
      <w:r w:rsidRPr="00836B78">
        <w:rPr>
          <w:sz w:val="28"/>
          <w:szCs w:val="28"/>
        </w:rPr>
        <w:t>k Wil. Đ</w:t>
      </w:r>
      <w:r w:rsidRPr="00836B78">
        <w:rPr>
          <w:sz w:val="28"/>
          <w:szCs w:val="28"/>
        </w:rPr>
        <w:t>ề</w:t>
      </w:r>
      <w:r w:rsidRPr="00836B78">
        <w:rPr>
          <w:sz w:val="28"/>
          <w:szCs w:val="28"/>
        </w:rPr>
        <w:t xml:space="preserve"> ngh</w:t>
      </w:r>
      <w:r w:rsidRPr="00836B78">
        <w:rPr>
          <w:sz w:val="28"/>
          <w:szCs w:val="28"/>
        </w:rPr>
        <w:t>ị</w:t>
      </w:r>
      <w:r w:rsidRPr="00836B78">
        <w:rPr>
          <w:sz w:val="28"/>
          <w:szCs w:val="28"/>
        </w:rPr>
        <w:t xml:space="preserve"> các t</w:t>
      </w:r>
      <w:r w:rsidRPr="00836B78">
        <w:rPr>
          <w:sz w:val="28"/>
          <w:szCs w:val="28"/>
        </w:rPr>
        <w:t>ổ</w:t>
      </w:r>
      <w:r w:rsidRPr="00836B78">
        <w:rPr>
          <w:sz w:val="28"/>
          <w:szCs w:val="28"/>
        </w:rPr>
        <w:t xml:space="preserve"> chuyên môn, các đi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m trư</w:t>
      </w:r>
      <w:r w:rsidRPr="00836B78">
        <w:rPr>
          <w:sz w:val="28"/>
          <w:szCs w:val="28"/>
        </w:rPr>
        <w:t>ờ</w:t>
      </w:r>
      <w:r w:rsidRPr="00836B78">
        <w:rPr>
          <w:sz w:val="28"/>
          <w:szCs w:val="28"/>
        </w:rPr>
        <w:t>ng và các cá nhân liên quan nghiêm túc tri</w:t>
      </w:r>
      <w:r w:rsidRPr="00836B78">
        <w:rPr>
          <w:sz w:val="28"/>
          <w:szCs w:val="28"/>
        </w:rPr>
        <w:t>ể</w:t>
      </w:r>
      <w:r w:rsidRPr="00836B78">
        <w:rPr>
          <w:sz w:val="28"/>
          <w:szCs w:val="28"/>
        </w:rPr>
        <w:t>n khai th</w:t>
      </w:r>
      <w:r w:rsidRPr="00836B78">
        <w:rPr>
          <w:sz w:val="28"/>
          <w:szCs w:val="28"/>
        </w:rPr>
        <w:t>ự</w:t>
      </w:r>
      <w:r w:rsidRPr="00836B78">
        <w:rPr>
          <w:sz w:val="28"/>
          <w:szCs w:val="28"/>
        </w:rPr>
        <w:t>c hi</w:t>
      </w:r>
      <w:r w:rsidRPr="00836B78">
        <w:rPr>
          <w:sz w:val="28"/>
          <w:szCs w:val="28"/>
        </w:rPr>
        <w:t>ệ</w:t>
      </w:r>
      <w:r w:rsidRPr="00836B78">
        <w:rPr>
          <w:sz w:val="28"/>
          <w:szCs w:val="28"/>
        </w:rPr>
        <w:t>n./.</w:t>
      </w:r>
    </w:p>
    <w:p w14:paraId="0CCC6F00" w14:textId="7EB7BB2A" w:rsidR="0096630F" w:rsidRPr="00836B78" w:rsidRDefault="0096630F" w:rsidP="00836B78">
      <w:pPr>
        <w:spacing w:after="0" w:line="276" w:lineRule="auto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3118"/>
        <w:gridCol w:w="3402"/>
      </w:tblGrid>
      <w:tr w:rsidR="0096630F" w:rsidRPr="00836B78" w14:paraId="58161031" w14:textId="77777777">
        <w:trPr>
          <w:jc w:val="center"/>
        </w:trPr>
        <w:tc>
          <w:tcPr>
            <w:tcW w:w="2835" w:type="dxa"/>
          </w:tcPr>
          <w:p w14:paraId="1DE0DB31" w14:textId="33885D10" w:rsidR="0096630F" w:rsidRPr="0087063A" w:rsidRDefault="00F02759" w:rsidP="00836B78">
            <w:pPr>
              <w:spacing w:after="0" w:line="276" w:lineRule="auto"/>
              <w:rPr>
                <w:sz w:val="24"/>
                <w:szCs w:val="24"/>
              </w:rPr>
            </w:pPr>
            <w:r w:rsidRPr="00836B78">
              <w:rPr>
                <w:b/>
                <w:i/>
                <w:sz w:val="28"/>
                <w:szCs w:val="28"/>
              </w:rPr>
              <w:t>Nơi nh</w:t>
            </w:r>
            <w:r w:rsidRPr="00836B78">
              <w:rPr>
                <w:b/>
                <w:i/>
                <w:sz w:val="28"/>
                <w:szCs w:val="28"/>
              </w:rPr>
              <w:t>ậ</w:t>
            </w:r>
            <w:r w:rsidRPr="00836B78">
              <w:rPr>
                <w:b/>
                <w:i/>
                <w:sz w:val="28"/>
                <w:szCs w:val="28"/>
              </w:rPr>
              <w:t>n:</w:t>
            </w:r>
            <w:r w:rsidRPr="00836B78">
              <w:rPr>
                <w:b/>
                <w:i/>
                <w:sz w:val="28"/>
                <w:szCs w:val="28"/>
              </w:rPr>
              <w:br/>
            </w:r>
            <w:r w:rsidRPr="0087063A">
              <w:rPr>
                <w:sz w:val="24"/>
                <w:szCs w:val="24"/>
              </w:rPr>
              <w:t xml:space="preserve">- Phòng </w:t>
            </w:r>
            <w:r w:rsidR="007E0B67" w:rsidRPr="0087063A">
              <w:rPr>
                <w:sz w:val="24"/>
                <w:szCs w:val="24"/>
              </w:rPr>
              <w:t>VH-XH</w:t>
            </w:r>
            <w:r w:rsidRPr="0087063A">
              <w:rPr>
                <w:sz w:val="24"/>
                <w:szCs w:val="24"/>
              </w:rPr>
              <w:t xml:space="preserve"> (đ</w:t>
            </w:r>
            <w:r w:rsidRPr="0087063A">
              <w:rPr>
                <w:sz w:val="24"/>
                <w:szCs w:val="24"/>
              </w:rPr>
              <w:t>ể</w:t>
            </w:r>
            <w:r w:rsidRPr="0087063A">
              <w:rPr>
                <w:sz w:val="24"/>
                <w:szCs w:val="24"/>
              </w:rPr>
              <w:t xml:space="preserve"> b/c);</w:t>
            </w:r>
          </w:p>
          <w:p w14:paraId="5645A7D6" w14:textId="1F28B781" w:rsidR="0096630F" w:rsidRPr="0087063A" w:rsidRDefault="00F02759" w:rsidP="00836B78">
            <w:pPr>
              <w:spacing w:after="0" w:line="276" w:lineRule="auto"/>
              <w:ind w:left="113"/>
              <w:rPr>
                <w:sz w:val="24"/>
                <w:szCs w:val="24"/>
              </w:rPr>
            </w:pPr>
            <w:r w:rsidRPr="0087063A">
              <w:rPr>
                <w:sz w:val="24"/>
                <w:szCs w:val="24"/>
              </w:rPr>
              <w:t>- B</w:t>
            </w:r>
            <w:r w:rsidR="0087063A">
              <w:rPr>
                <w:sz w:val="24"/>
                <w:szCs w:val="24"/>
              </w:rPr>
              <w:t>GH</w:t>
            </w:r>
            <w:r w:rsidRPr="0087063A">
              <w:rPr>
                <w:sz w:val="24"/>
                <w:szCs w:val="24"/>
              </w:rPr>
              <w:t xml:space="preserve"> (đ</w:t>
            </w:r>
            <w:r w:rsidRPr="0087063A">
              <w:rPr>
                <w:sz w:val="24"/>
                <w:szCs w:val="24"/>
              </w:rPr>
              <w:t>ể</w:t>
            </w:r>
            <w:r w:rsidRPr="0087063A">
              <w:rPr>
                <w:sz w:val="24"/>
                <w:szCs w:val="24"/>
              </w:rPr>
              <w:t xml:space="preserve"> ch</w:t>
            </w:r>
            <w:r w:rsidRPr="0087063A">
              <w:rPr>
                <w:sz w:val="24"/>
                <w:szCs w:val="24"/>
              </w:rPr>
              <w:t>ỉ</w:t>
            </w:r>
            <w:r w:rsidRPr="0087063A">
              <w:rPr>
                <w:sz w:val="24"/>
                <w:szCs w:val="24"/>
              </w:rPr>
              <w:t xml:space="preserve"> đ</w:t>
            </w:r>
            <w:r w:rsidRPr="0087063A">
              <w:rPr>
                <w:sz w:val="24"/>
                <w:szCs w:val="24"/>
              </w:rPr>
              <w:t>ạ</w:t>
            </w:r>
            <w:r w:rsidRPr="0087063A">
              <w:rPr>
                <w:sz w:val="24"/>
                <w:szCs w:val="24"/>
              </w:rPr>
              <w:t>o);</w:t>
            </w:r>
          </w:p>
          <w:p w14:paraId="4944B00E" w14:textId="77777777" w:rsidR="0096630F" w:rsidRPr="0087063A" w:rsidRDefault="00F02759" w:rsidP="00836B78">
            <w:pPr>
              <w:spacing w:after="0" w:line="276" w:lineRule="auto"/>
              <w:ind w:left="113"/>
              <w:rPr>
                <w:sz w:val="24"/>
                <w:szCs w:val="24"/>
              </w:rPr>
            </w:pPr>
            <w:r w:rsidRPr="0087063A">
              <w:rPr>
                <w:sz w:val="24"/>
                <w:szCs w:val="24"/>
              </w:rPr>
              <w:t>- Tr</w:t>
            </w:r>
            <w:r w:rsidRPr="0087063A">
              <w:rPr>
                <w:sz w:val="24"/>
                <w:szCs w:val="24"/>
              </w:rPr>
              <w:t>ạ</w:t>
            </w:r>
            <w:r w:rsidRPr="0087063A">
              <w:rPr>
                <w:sz w:val="24"/>
                <w:szCs w:val="24"/>
              </w:rPr>
              <w:t>m Y t</w:t>
            </w:r>
            <w:r w:rsidRPr="0087063A">
              <w:rPr>
                <w:sz w:val="24"/>
                <w:szCs w:val="24"/>
              </w:rPr>
              <w:t>ế</w:t>
            </w:r>
            <w:r w:rsidRPr="0087063A">
              <w:rPr>
                <w:sz w:val="24"/>
                <w:szCs w:val="24"/>
              </w:rPr>
              <w:t xml:space="preserve"> xã (đ</w:t>
            </w:r>
            <w:r w:rsidRPr="0087063A">
              <w:rPr>
                <w:sz w:val="24"/>
                <w:szCs w:val="24"/>
              </w:rPr>
              <w:t>ể</w:t>
            </w:r>
            <w:r w:rsidRPr="0087063A">
              <w:rPr>
                <w:sz w:val="24"/>
                <w:szCs w:val="24"/>
              </w:rPr>
              <w:t xml:space="preserve"> p/h</w:t>
            </w:r>
            <w:r w:rsidRPr="0087063A">
              <w:rPr>
                <w:sz w:val="24"/>
                <w:szCs w:val="24"/>
              </w:rPr>
              <w:t>ợ</w:t>
            </w:r>
            <w:r w:rsidRPr="0087063A">
              <w:rPr>
                <w:sz w:val="24"/>
                <w:szCs w:val="24"/>
              </w:rPr>
              <w:t>p);</w:t>
            </w:r>
          </w:p>
          <w:p w14:paraId="6B22F7D4" w14:textId="2F1E2A62" w:rsidR="0096630F" w:rsidRPr="0087063A" w:rsidRDefault="00F02759" w:rsidP="00836B78">
            <w:pPr>
              <w:spacing w:after="0" w:line="276" w:lineRule="auto"/>
              <w:ind w:left="113"/>
              <w:rPr>
                <w:sz w:val="24"/>
                <w:szCs w:val="24"/>
              </w:rPr>
            </w:pPr>
            <w:r w:rsidRPr="0087063A">
              <w:rPr>
                <w:sz w:val="24"/>
                <w:szCs w:val="24"/>
              </w:rPr>
              <w:t>- Các đi</w:t>
            </w:r>
            <w:r w:rsidRPr="0087063A">
              <w:rPr>
                <w:sz w:val="24"/>
                <w:szCs w:val="24"/>
              </w:rPr>
              <w:t>ể</w:t>
            </w:r>
            <w:r w:rsidRPr="0087063A">
              <w:rPr>
                <w:sz w:val="24"/>
                <w:szCs w:val="24"/>
              </w:rPr>
              <w:t>m trư</w:t>
            </w:r>
            <w:r w:rsidRPr="0087063A">
              <w:rPr>
                <w:sz w:val="24"/>
                <w:szCs w:val="24"/>
              </w:rPr>
              <w:t>ờ</w:t>
            </w:r>
            <w:r w:rsidRPr="0087063A">
              <w:rPr>
                <w:sz w:val="24"/>
                <w:szCs w:val="24"/>
              </w:rPr>
              <w:t>ng</w:t>
            </w:r>
            <w:r w:rsidRPr="0087063A">
              <w:rPr>
                <w:sz w:val="24"/>
                <w:szCs w:val="24"/>
              </w:rPr>
              <w:t xml:space="preserve"> (t/h);</w:t>
            </w:r>
          </w:p>
          <w:p w14:paraId="378A6BB0" w14:textId="77777777" w:rsidR="0096630F" w:rsidRPr="0087063A" w:rsidRDefault="00F02759" w:rsidP="00836B78">
            <w:pPr>
              <w:spacing w:after="0" w:line="276" w:lineRule="auto"/>
              <w:ind w:left="113"/>
              <w:rPr>
                <w:sz w:val="24"/>
                <w:szCs w:val="24"/>
              </w:rPr>
            </w:pPr>
            <w:r w:rsidRPr="0087063A">
              <w:rPr>
                <w:sz w:val="24"/>
                <w:szCs w:val="24"/>
              </w:rPr>
              <w:t>- BPT Bán trú (t/h);</w:t>
            </w:r>
          </w:p>
          <w:p w14:paraId="54521986" w14:textId="2C5D28E1" w:rsidR="0096630F" w:rsidRPr="00836B78" w:rsidRDefault="00F02759" w:rsidP="00836B78">
            <w:pPr>
              <w:spacing w:after="0" w:line="276" w:lineRule="auto"/>
              <w:ind w:left="113"/>
              <w:rPr>
                <w:sz w:val="28"/>
                <w:szCs w:val="28"/>
              </w:rPr>
            </w:pPr>
            <w:r w:rsidRPr="0087063A">
              <w:rPr>
                <w:sz w:val="24"/>
                <w:szCs w:val="24"/>
              </w:rPr>
              <w:t>- Lưu: VT, Bán trú.</w:t>
            </w:r>
          </w:p>
        </w:tc>
        <w:tc>
          <w:tcPr>
            <w:tcW w:w="3118" w:type="dxa"/>
          </w:tcPr>
          <w:p w14:paraId="0BB911B5" w14:textId="5BAF1F46" w:rsidR="0087063A" w:rsidRPr="00836B78" w:rsidRDefault="00FD0630" w:rsidP="00FD0630">
            <w:pPr>
              <w:spacing w:after="0" w:line="276" w:lineRule="auto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6E12981D" wp14:editId="02719D60">
                  <wp:simplePos x="0" y="0"/>
                  <wp:positionH relativeFrom="column">
                    <wp:posOffset>758190</wp:posOffset>
                  </wp:positionH>
                  <wp:positionV relativeFrom="paragraph">
                    <wp:posOffset>675005</wp:posOffset>
                  </wp:positionV>
                  <wp:extent cx="1057275" cy="981075"/>
                  <wp:effectExtent l="0" t="0" r="9525" b="9525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4289E">
              <w:rPr>
                <w:noProof/>
              </w:rPr>
              <w:drawing>
                <wp:anchor distT="0" distB="0" distL="114300" distR="114300" simplePos="0" relativeHeight="251655168" behindDoc="0" locked="0" layoutInCell="1" allowOverlap="1" wp14:anchorId="062FACBC" wp14:editId="38E63A1D">
                  <wp:simplePos x="0" y="0"/>
                  <wp:positionH relativeFrom="column">
                    <wp:posOffset>-106045</wp:posOffset>
                  </wp:positionH>
                  <wp:positionV relativeFrom="paragraph">
                    <wp:posOffset>546735</wp:posOffset>
                  </wp:positionV>
                  <wp:extent cx="1343025" cy="1162050"/>
                  <wp:effectExtent l="0" t="0" r="0" b="0"/>
                  <wp:wrapTopAndBottom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2759" w:rsidRPr="0087063A">
              <w:rPr>
                <w:b/>
                <w:szCs w:val="26"/>
              </w:rPr>
              <w:t>HI</w:t>
            </w:r>
            <w:r w:rsidR="00F02759" w:rsidRPr="0087063A">
              <w:rPr>
                <w:b/>
                <w:szCs w:val="26"/>
              </w:rPr>
              <w:t>Ệ</w:t>
            </w:r>
            <w:r w:rsidR="00F02759" w:rsidRPr="0087063A">
              <w:rPr>
                <w:b/>
                <w:szCs w:val="26"/>
              </w:rPr>
              <w:t>U TRƯ</w:t>
            </w:r>
            <w:r w:rsidR="00F02759" w:rsidRPr="0087063A">
              <w:rPr>
                <w:b/>
                <w:szCs w:val="26"/>
              </w:rPr>
              <w:t>Ở</w:t>
            </w:r>
            <w:r w:rsidR="00F02759" w:rsidRPr="0087063A">
              <w:rPr>
                <w:b/>
                <w:szCs w:val="26"/>
              </w:rPr>
              <w:t>NG</w:t>
            </w:r>
            <w:r w:rsidR="00F02759" w:rsidRPr="00836B78">
              <w:rPr>
                <w:b/>
                <w:sz w:val="28"/>
                <w:szCs w:val="28"/>
              </w:rPr>
              <w:br/>
            </w:r>
            <w:r w:rsidR="00F02759" w:rsidRPr="00836B78">
              <w:rPr>
                <w:i/>
                <w:sz w:val="28"/>
                <w:szCs w:val="28"/>
              </w:rPr>
              <w:t>(Ký, đóng d</w:t>
            </w:r>
            <w:r w:rsidR="00F02759" w:rsidRPr="00836B78">
              <w:rPr>
                <w:i/>
                <w:sz w:val="28"/>
                <w:szCs w:val="28"/>
              </w:rPr>
              <w:t>ấ</w:t>
            </w:r>
            <w:r w:rsidR="00F02759" w:rsidRPr="00836B78">
              <w:rPr>
                <w:i/>
                <w:sz w:val="28"/>
                <w:szCs w:val="28"/>
              </w:rPr>
              <w:t>u)</w:t>
            </w:r>
          </w:p>
          <w:p w14:paraId="54CE0F07" w14:textId="386FC940" w:rsidR="006F5918" w:rsidRPr="00836B78" w:rsidRDefault="006F5918" w:rsidP="00836B78">
            <w:pPr>
              <w:spacing w:after="0" w:line="276" w:lineRule="auto"/>
              <w:jc w:val="center"/>
              <w:rPr>
                <w:b/>
                <w:bCs/>
                <w:sz w:val="28"/>
                <w:szCs w:val="28"/>
              </w:rPr>
            </w:pPr>
            <w:r w:rsidRPr="00836B78">
              <w:rPr>
                <w:b/>
                <w:bCs/>
                <w:sz w:val="28"/>
                <w:szCs w:val="28"/>
              </w:rPr>
              <w:t>Vũ Thị Luyến</w:t>
            </w:r>
          </w:p>
        </w:tc>
        <w:tc>
          <w:tcPr>
            <w:tcW w:w="3402" w:type="dxa"/>
          </w:tcPr>
          <w:p w14:paraId="00235198" w14:textId="1836C8AC" w:rsidR="0096630F" w:rsidRDefault="00FD0630" w:rsidP="0087063A">
            <w:pPr>
              <w:spacing w:after="0" w:line="276" w:lineRule="auto"/>
              <w:rPr>
                <w:i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6112AB9B" wp14:editId="3E8E5737">
                  <wp:simplePos x="0" y="0"/>
                  <wp:positionH relativeFrom="margin">
                    <wp:posOffset>47625</wp:posOffset>
                  </wp:positionH>
                  <wp:positionV relativeFrom="paragraph">
                    <wp:posOffset>511810</wp:posOffset>
                  </wp:positionV>
                  <wp:extent cx="1476375" cy="1190625"/>
                  <wp:effectExtent l="0" t="0" r="0" b="0"/>
                  <wp:wrapNone/>
                  <wp:docPr id="2" name="Picture 2" descr="z6140427596452_d5d06f9c605ee27f63849356f679e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z6140427596452_d5d06f9c605ee27f63849356f679e7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000000"/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2759" w:rsidRPr="0087063A">
              <w:rPr>
                <w:b/>
                <w:sz w:val="24"/>
                <w:szCs w:val="24"/>
              </w:rPr>
              <w:t>NGƯ</w:t>
            </w:r>
            <w:r w:rsidR="00F02759" w:rsidRPr="0087063A">
              <w:rPr>
                <w:b/>
                <w:sz w:val="24"/>
                <w:szCs w:val="24"/>
              </w:rPr>
              <w:t>Ờ</w:t>
            </w:r>
            <w:r w:rsidR="00F02759" w:rsidRPr="0087063A">
              <w:rPr>
                <w:b/>
                <w:sz w:val="24"/>
                <w:szCs w:val="24"/>
              </w:rPr>
              <w:t>I L</w:t>
            </w:r>
            <w:r w:rsidR="00F02759" w:rsidRPr="0087063A">
              <w:rPr>
                <w:b/>
                <w:sz w:val="24"/>
                <w:szCs w:val="24"/>
              </w:rPr>
              <w:t>Ậ</w:t>
            </w:r>
            <w:r w:rsidR="00F02759" w:rsidRPr="0087063A">
              <w:rPr>
                <w:b/>
                <w:sz w:val="24"/>
                <w:szCs w:val="24"/>
              </w:rPr>
              <w:t>P K</w:t>
            </w:r>
            <w:r w:rsidR="00F02759" w:rsidRPr="0087063A">
              <w:rPr>
                <w:b/>
                <w:sz w:val="24"/>
                <w:szCs w:val="24"/>
              </w:rPr>
              <w:t>Ế</w:t>
            </w:r>
            <w:r w:rsidR="00F02759" w:rsidRPr="0087063A">
              <w:rPr>
                <w:b/>
                <w:sz w:val="24"/>
                <w:szCs w:val="24"/>
              </w:rPr>
              <w:t xml:space="preserve"> HO</w:t>
            </w:r>
            <w:r w:rsidR="00F02759" w:rsidRPr="0087063A">
              <w:rPr>
                <w:b/>
                <w:sz w:val="24"/>
                <w:szCs w:val="24"/>
              </w:rPr>
              <w:t>Ạ</w:t>
            </w:r>
            <w:r w:rsidR="00F02759" w:rsidRPr="0087063A">
              <w:rPr>
                <w:b/>
                <w:sz w:val="24"/>
                <w:szCs w:val="24"/>
              </w:rPr>
              <w:t>CH</w:t>
            </w:r>
            <w:r w:rsidR="00F02759" w:rsidRPr="0087063A">
              <w:rPr>
                <w:b/>
                <w:sz w:val="24"/>
                <w:szCs w:val="24"/>
              </w:rPr>
              <w:br/>
            </w:r>
            <w:r w:rsidR="0087063A">
              <w:rPr>
                <w:b/>
                <w:sz w:val="24"/>
                <w:szCs w:val="24"/>
              </w:rPr>
              <w:t xml:space="preserve">    </w:t>
            </w:r>
            <w:r w:rsidR="00F02759" w:rsidRPr="0087063A">
              <w:rPr>
                <w:b/>
                <w:sz w:val="24"/>
                <w:szCs w:val="24"/>
              </w:rPr>
              <w:t>PHÓ HI</w:t>
            </w:r>
            <w:r w:rsidR="00F02759" w:rsidRPr="0087063A">
              <w:rPr>
                <w:b/>
                <w:sz w:val="24"/>
                <w:szCs w:val="24"/>
              </w:rPr>
              <w:t>Ệ</w:t>
            </w:r>
            <w:r w:rsidR="00F02759" w:rsidRPr="0087063A">
              <w:rPr>
                <w:b/>
                <w:sz w:val="24"/>
                <w:szCs w:val="24"/>
              </w:rPr>
              <w:t>U TRƯ</w:t>
            </w:r>
            <w:r w:rsidR="00F02759" w:rsidRPr="0087063A">
              <w:rPr>
                <w:b/>
                <w:sz w:val="24"/>
                <w:szCs w:val="24"/>
              </w:rPr>
              <w:t>Ở</w:t>
            </w:r>
            <w:r w:rsidR="00F02759" w:rsidRPr="0087063A">
              <w:rPr>
                <w:b/>
                <w:sz w:val="24"/>
                <w:szCs w:val="24"/>
              </w:rPr>
              <w:t>NG</w:t>
            </w:r>
            <w:r w:rsidR="00F02759" w:rsidRPr="00836B78">
              <w:rPr>
                <w:b/>
                <w:sz w:val="28"/>
                <w:szCs w:val="28"/>
              </w:rPr>
              <w:br/>
            </w:r>
            <w:r w:rsidR="00F02759" w:rsidRPr="00836B78">
              <w:rPr>
                <w:i/>
                <w:sz w:val="28"/>
                <w:szCs w:val="28"/>
              </w:rPr>
              <w:t>(Ký và ghi rõ h</w:t>
            </w:r>
            <w:r w:rsidR="00F02759" w:rsidRPr="00836B78">
              <w:rPr>
                <w:i/>
                <w:sz w:val="28"/>
                <w:szCs w:val="28"/>
              </w:rPr>
              <w:t>ọ</w:t>
            </w:r>
            <w:r w:rsidR="00F02759" w:rsidRPr="00836B78">
              <w:rPr>
                <w:i/>
                <w:sz w:val="28"/>
                <w:szCs w:val="28"/>
              </w:rPr>
              <w:t xml:space="preserve"> tên)</w:t>
            </w:r>
          </w:p>
          <w:p w14:paraId="47ABEDC2" w14:textId="4B2A0A19" w:rsidR="0087063A" w:rsidRDefault="0087063A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</w:p>
          <w:p w14:paraId="36EAA1C6" w14:textId="363756EE" w:rsidR="0087063A" w:rsidRDefault="0087063A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</w:p>
          <w:p w14:paraId="3F4D92CA" w14:textId="1AD92A41" w:rsidR="0087063A" w:rsidRDefault="0087063A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</w:p>
          <w:p w14:paraId="36905AED" w14:textId="55E8F4D7" w:rsidR="0087063A" w:rsidRDefault="0087063A" w:rsidP="00836B78">
            <w:pPr>
              <w:spacing w:after="0" w:line="276" w:lineRule="auto"/>
              <w:jc w:val="center"/>
              <w:rPr>
                <w:sz w:val="28"/>
                <w:szCs w:val="28"/>
              </w:rPr>
            </w:pPr>
          </w:p>
          <w:p w14:paraId="65FDE3B9" w14:textId="35A3EDA1" w:rsidR="0096630F" w:rsidRPr="00836B78" w:rsidRDefault="00FD0630" w:rsidP="00FD0630">
            <w:pPr>
              <w:spacing w:after="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F02759" w:rsidRPr="00836B78">
              <w:rPr>
                <w:b/>
                <w:sz w:val="28"/>
                <w:szCs w:val="28"/>
              </w:rPr>
              <w:t xml:space="preserve">Bùi </w:t>
            </w:r>
            <w:r w:rsidR="00F02759" w:rsidRPr="00836B78">
              <w:rPr>
                <w:b/>
                <w:sz w:val="28"/>
                <w:szCs w:val="28"/>
              </w:rPr>
              <w:t>Th</w:t>
            </w:r>
            <w:r w:rsidR="00F02759" w:rsidRPr="00836B78">
              <w:rPr>
                <w:b/>
                <w:sz w:val="28"/>
                <w:szCs w:val="28"/>
              </w:rPr>
              <w:t>ị</w:t>
            </w:r>
            <w:r w:rsidR="00F02759" w:rsidRPr="00836B78">
              <w:rPr>
                <w:b/>
                <w:sz w:val="28"/>
                <w:szCs w:val="28"/>
              </w:rPr>
              <w:t xml:space="preserve"> B</w:t>
            </w:r>
            <w:r w:rsidR="00F02759" w:rsidRPr="00836B78">
              <w:rPr>
                <w:b/>
                <w:sz w:val="28"/>
                <w:szCs w:val="28"/>
              </w:rPr>
              <w:t>ằ</w:t>
            </w:r>
            <w:r w:rsidR="00F02759" w:rsidRPr="00836B78">
              <w:rPr>
                <w:b/>
                <w:sz w:val="28"/>
                <w:szCs w:val="28"/>
              </w:rPr>
              <w:t>ng</w:t>
            </w:r>
          </w:p>
        </w:tc>
      </w:tr>
    </w:tbl>
    <w:p w14:paraId="617803D0" w14:textId="5510F06C" w:rsidR="00967519" w:rsidRPr="00836B78" w:rsidRDefault="00967519" w:rsidP="00836B78">
      <w:pPr>
        <w:spacing w:after="0" w:line="276" w:lineRule="auto"/>
        <w:rPr>
          <w:sz w:val="28"/>
          <w:szCs w:val="28"/>
        </w:rPr>
      </w:pPr>
      <w:bookmarkStart w:id="0" w:name="_GoBack"/>
      <w:bookmarkEnd w:id="0"/>
    </w:p>
    <w:sectPr w:rsidR="00967519" w:rsidRPr="00836B78" w:rsidSect="007E0B67">
      <w:pgSz w:w="11906" w:h="16838"/>
      <w:pgMar w:top="851" w:right="850" w:bottom="993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89E"/>
    <w:rsid w:val="0006063C"/>
    <w:rsid w:val="0015074B"/>
    <w:rsid w:val="00184650"/>
    <w:rsid w:val="00207159"/>
    <w:rsid w:val="00243A9B"/>
    <w:rsid w:val="0029639D"/>
    <w:rsid w:val="00326F90"/>
    <w:rsid w:val="006F5918"/>
    <w:rsid w:val="007E0B67"/>
    <w:rsid w:val="00836B78"/>
    <w:rsid w:val="0087063A"/>
    <w:rsid w:val="0096630F"/>
    <w:rsid w:val="00967519"/>
    <w:rsid w:val="00AA1D8D"/>
    <w:rsid w:val="00B47730"/>
    <w:rsid w:val="00C06022"/>
    <w:rsid w:val="00C2176F"/>
    <w:rsid w:val="00C412BB"/>
    <w:rsid w:val="00CB0664"/>
    <w:rsid w:val="00E12079"/>
    <w:rsid w:val="00EC40E9"/>
    <w:rsid w:val="00F02759"/>
    <w:rsid w:val="00FC693F"/>
    <w:rsid w:val="00FD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22AF074B"/>
  <w14:defaultImageDpi w14:val="300"/>
  <w15:docId w15:val="{96AC3D22-8FE4-4239-8FA5-921D9D3B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Times New Roman" w:hAnsi="Times New Roman"/>
      <w:color w:val="000000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AF66843-341D-4ADC-B84A-92C9237178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2215</Words>
  <Characters>12626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11</cp:revision>
  <dcterms:created xsi:type="dcterms:W3CDTF">2013-12-23T23:15:00Z</dcterms:created>
  <dcterms:modified xsi:type="dcterms:W3CDTF">2026-09-12T15:05:00Z</dcterms:modified>
  <cp:category/>
</cp:coreProperties>
</file>